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Project Record Template</w:t>
      </w:r>
    </w:p>
    <w:p>
      <w:pPr>
        <w:spacing w:before="0" w:after="160"/>
      </w:pPr>
      <w:r>
        <w:rPr>
          <w:b w:val="0"/>
          <w:i/>
          <w:color w:val="5A636E"/>
          <w:sz w:val="23"/>
        </w:rPr>
        <w:t>From The Living Professional Record, Jeffrey Paul Chamberlain</w:t>
      </w:r>
    </w:p>
    <w:p>
      <w:pPr>
        <w:pBdr>
          <w:top w:val="single" w:sz="4" w:space="6" w:color="9AA5B1"/>
          <w:left w:val="single" w:sz="4" w:space="6" w:color="9AA5B1"/>
          <w:bottom w:val="single" w:sz="4" w:space="6" w:color="9AA5B1"/>
          <w:right w:val="single" w:sz="4" w:space="6" w:color="9AA5B1"/>
        </w:pBdr>
        <w:shd w:val="clear" w:color="auto" w:fill="F2F4F7"/>
        <w:spacing w:before="40" w:after="240"/>
        <w:ind w:left="144" w:right="144"/>
      </w:pPr>
      <w:r>
        <w:rPr>
          <w:b w:val="0"/>
          <w:i w:val="0"/>
          <w:sz w:val="19"/>
        </w:rPr>
        <w:t>Free to use for your own record. These worksheets are for personal organization and reflection. Do not enter confidential employer, client, patient, student or coworker information, or anything you are not allowed to keep or share. Use summary-only placeholders instead. Do not paste restricted material into outside AI tools unless you are authorized and the tool is approved for that use. These worksheets are not legal, employment, financial or career advice, and they do not promise an interview, a job or any other result.</w:t>
      </w:r>
    </w:p>
    <w:p>
      <w:pPr>
        <w:spacing w:before="0" w:after="120"/>
      </w:pPr>
      <w:r>
        <w:rPr>
          <w:b w:val="0"/>
          <w:i w:val="0"/>
        </w:rPr>
        <w:t>A project is one of the strongest units in a Living Professional Record.</w:t>
      </w:r>
    </w:p>
    <w:p>
      <w:pPr>
        <w:spacing w:before="0" w:after="120"/>
      </w:pPr>
      <w:r>
        <w:rPr>
          <w:b w:val="0"/>
          <w:i w:val="0"/>
        </w:rPr>
        <w:t>It has enough shape to capture clearly and enough depth to reveal evidence, context, judgment, contribution, witnesses, learning, privacy boundaries, and possible claims. Use this template for one bounded body of work. Do not try to document every project at once. Begin with one project that matters now.</w:t>
      </w:r>
    </w:p>
    <w:p>
      <w:pPr>
        <w:spacing w:before="0" w:after="120"/>
      </w:pPr>
      <w:r>
        <w:rPr>
          <w:b w:val="0"/>
          <w:i w:val="0"/>
        </w:rPr>
        <w:t>A project can be large or small. It may be a formal project, an informal effort, a deliverable, a process improvement, a customer recovery, a training rollout, a report, a system change, a volunteer effort, a caregiving coordination effort, a military operation, a consulting engagement, or a piece of work that never had an official project name.</w:t>
      </w:r>
    </w:p>
    <w:p>
      <w:pPr>
        <w:spacing w:before="0" w:after="120"/>
      </w:pPr>
      <w:r>
        <w:rPr>
          <w:b w:val="0"/>
          <w:i w:val="0"/>
        </w:rPr>
        <w:t>The purpose of this template is to preserve what happened before the surface compresses it.</w:t>
      </w:r>
    </w:p>
    <w:p>
      <w:pPr>
        <w:pStyle w:val="Heading1"/>
      </w:pPr>
      <w:r>
        <w:rPr>
          <w:b/>
          <w:i w:val="0"/>
        </w:rPr>
        <w:t>Project Record</w:t>
      </w:r>
    </w:p>
    <w:p>
      <w:pPr>
        <w:pStyle w:val="Heading2"/>
      </w:pPr>
      <w:r>
        <w:rPr>
          <w:b/>
          <w:i w:val="0"/>
        </w:rPr>
        <w:t>Basic Information</w:t>
      </w:r>
    </w:p>
    <w:p>
      <w:pPr>
        <w:spacing w:before="0" w:after="120"/>
      </w:pPr>
      <w:r>
        <w:rPr>
          <w:b w:val="0"/>
          <w:i w:val="0"/>
        </w:rPr>
        <w:t>Project Title:</w:t>
      </w:r>
      <w:r>
        <w:br/>
      </w:r>
      <w:r>
        <w:rPr>
          <w:b w:val="0"/>
          <w:i w:val="0"/>
        </w:rPr>
        <w:t>Date or Time Period:</w:t>
      </w:r>
      <w:r>
        <w:br/>
      </w:r>
      <w:r>
        <w:rPr>
          <w:b w:val="0"/>
          <w:i w:val="0"/>
        </w:rPr>
        <w:t>Organization / Setting:</w:t>
      </w:r>
      <w:r>
        <w:br/>
      </w:r>
      <w:r>
        <w:rPr>
          <w:b w:val="0"/>
          <w:i w:val="0"/>
        </w:rPr>
        <w:t>Role / Job / Assignment Connected to Project:</w:t>
      </w:r>
      <w:r>
        <w:br/>
      </w:r>
      <w:r>
        <w:rPr>
          <w:b w:val="0"/>
          <w:i w:val="0"/>
        </w:rPr>
        <w:t>Project Type: Formal project, informal effort, process improvement, documentation, training, customer/client work, operational recovery, analysis, leadership effort, volunteer/caregiving work, consulting, portfolio project, or other.</w:t>
      </w:r>
      <w:r>
        <w:br/>
      </w:r>
      <w:r>
        <w:rPr>
          <w:b w:val="0"/>
          <w:i w:val="0"/>
        </w:rPr>
        <w:t>Current Status: Completed, ongoing, paused, canceled, partial, historical, or reconstructed from memory.</w:t>
      </w:r>
    </w:p>
    <w:p>
      <w:pPr>
        <w:pStyle w:val="Heading2"/>
      </w:pPr>
      <w:r>
        <w:rPr>
          <w:b/>
          <w:i w:val="0"/>
        </w:rPr>
        <w:t>Project Boundary</w:t>
      </w:r>
    </w:p>
    <w:p>
      <w:pPr>
        <w:spacing w:before="0" w:after="120"/>
      </w:pPr>
      <w:r>
        <w:rPr>
          <w:b w:val="0"/>
          <w:i w:val="0"/>
        </w:rPr>
        <w:t>What work does this project record cover? What larger work is outside its scope?</w:t>
      </w:r>
    </w:p>
    <w:p>
      <w:pPr>
        <w:spacing w:before="0" w:after="120"/>
      </w:pPr>
      <w:r>
        <w:rPr>
          <w:b w:val="0"/>
          <w:i w:val="0"/>
        </w:rPr>
        <w:t>This matters because a project may be part of a larger program, team effort, or organizational change. Be clear about your slice of the work.</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This record covers: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This record does not cover:</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Complete this sentence:</w:t>
      </w:r>
    </w:p>
    <w:p>
      <w:pPr>
        <w:spacing w:before="0" w:after="120"/>
      </w:pPr>
      <w:r>
        <w:rPr>
          <w:b w:val="0"/>
          <w:i w:val="0"/>
        </w:rPr>
        <w:t>This project was about __________.</w:t>
      </w:r>
    </w:p>
    <w:p>
      <w:pPr>
        <w:pStyle w:val="Heading2"/>
      </w:pPr>
      <w:r>
        <w:rPr>
          <w:b/>
          <w:i w:val="0"/>
        </w:rPr>
        <w:t>Situation</w:t>
      </w:r>
    </w:p>
    <w:p>
      <w:pPr>
        <w:spacing w:before="0" w:after="120"/>
      </w:pPr>
      <w:r>
        <w:rPr>
          <w:b w:val="0"/>
          <w:i w:val="0"/>
        </w:rPr>
        <w:t>What was happening before the project began?</w:t>
      </w:r>
    </w:p>
    <w:p>
      <w:pPr>
        <w:spacing w:before="0" w:after="120"/>
      </w:pPr>
      <w:r>
        <w:rPr>
          <w:b w:val="0"/>
          <w:i w:val="0"/>
        </w:rPr>
        <w:t>Describe the need, problem, risk, gap, opportunity, request, customer issue, process weakness, mission requirement, or organizational condition that made the project necessary.</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Situation: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What would have remained unclear, inefficient, risky, unstable, delayed, or incomplete if the project had not happened?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Need or problem:</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Purpose</w:t>
      </w:r>
    </w:p>
    <w:p>
      <w:pPr>
        <w:spacing w:before="0" w:after="120"/>
      </w:pPr>
      <w:r>
        <w:rPr>
          <w:b w:val="0"/>
          <w:i w:val="0"/>
        </w:rPr>
        <w:t>What was the project meant to accomplish?</w:t>
      </w:r>
    </w:p>
    <w:p>
      <w:pPr>
        <w:spacing w:before="0" w:after="120"/>
      </w:pPr>
      <w:r>
        <w:rPr>
          <w:b w:val="0"/>
          <w:i w:val="0"/>
        </w:rPr>
        <w:t>The purpose should explain the intended movement from the situation toward a better condition.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Purpose: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Complete this sentence:</w:t>
      </w:r>
    </w:p>
    <w:p>
      <w:pPr>
        <w:spacing w:before="0" w:after="120"/>
      </w:pPr>
      <w:r>
        <w:rPr>
          <w:b w:val="0"/>
          <w:i w:val="0"/>
        </w:rPr>
        <w:t>The purpose of this project was to __________.</w:t>
      </w:r>
    </w:p>
    <w:p>
      <w:pPr>
        <w:pStyle w:val="Heading2"/>
      </w:pPr>
      <w:r>
        <w:rPr>
          <w:b/>
          <w:i w:val="0"/>
        </w:rPr>
        <w:t>My Role</w:t>
      </w:r>
    </w:p>
    <w:p>
      <w:pPr>
        <w:keepNext/>
        <w:spacing w:before="0" w:after="40"/>
      </w:pPr>
      <w:r>
        <w:rPr>
          <w:b w:val="0"/>
          <w:i w:val="0"/>
        </w:rPr>
        <w:t>What did you actually do?</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Be precise. Did you own, lead, coordinate, contribute, advise, implement, support, analyze, document, train, translate, recover, or learn? Did your role change during the project?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My role: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My level of ownership:</w:t>
            </w:r>
            <w:r>
              <w:rPr>
                <w:b w:val="0"/>
                <w:i/>
                <w:color w:val="5A636E"/>
                <w:sz w:val="18"/>
              </w:rPr>
              <w:t xml:space="preserve"> Owned, led, coordinated, contributed, supported, advised, influenced, implemented, observed, learned, or other.</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Role details:</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What would be misleading if someone assumed you owned the whole project?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Limits of my role: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What would be misleading if someone minimized your role?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Importance of my role: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Stakeholders</w:t>
      </w:r>
    </w:p>
    <w:p>
      <w:pPr>
        <w:spacing w:before="0" w:after="120"/>
      </w:pPr>
      <w:r>
        <w:rPr>
          <w:b w:val="0"/>
          <w:i w:val="0"/>
        </w:rPr>
        <w:t>Who requested, shaped, used, approved, resisted, depended on, or benefited from the project?</w:t>
      </w:r>
    </w:p>
    <w:p>
      <w:pPr>
        <w:spacing w:before="0" w:after="120"/>
      </w:pPr>
      <w:r>
        <w:rPr>
          <w:b w:val="0"/>
          <w:i w:val="0"/>
        </w:rPr>
        <w:t>Use roles or groups when names are unnecessary or sensitive.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2247"/>
        <w:gridCol w:w="2720"/>
        <w:gridCol w:w="1892"/>
        <w:gridCol w:w="1537"/>
        <w:gridCol w:w="1537"/>
      </w:tblGrid>
      <w:tr>
        <w:trPr>
          <w:cantSplit/>
          <w:trHeight w:val="432" w:hRule="atLeast"/>
          <w:tblHeader/>
        </w:trPr>
        <w:tc>
          <w:tcPr>
            <w:tcW w:type="dxa" w:w="2248"/>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Stakeholder / Group</w:t>
            </w:r>
          </w:p>
        </w:tc>
        <w:tc>
          <w:tcPr>
            <w:tcW w:type="dxa" w:w="2720"/>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Relationship to Project</w:t>
            </w:r>
          </w:p>
        </w:tc>
        <w:tc>
          <w:tcPr>
            <w:tcW w:type="dxa" w:w="1892"/>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What They Needed</w:t>
            </w:r>
          </w:p>
        </w:tc>
        <w:tc>
          <w:tcPr>
            <w:tcW w:type="dxa" w:w="1538"/>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What They Saw</w:t>
            </w:r>
          </w:p>
        </w:tc>
        <w:tc>
          <w:tcPr>
            <w:tcW w:type="dxa" w:w="1538"/>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Notes</w:t>
            </w:r>
          </w:p>
        </w:tc>
      </w:tr>
      <w:tr>
        <w:trPr>
          <w:cantSplit/>
          <w:trHeight w:val="518" w:hRule="atLeast"/>
        </w:trPr>
        <w:tc>
          <w:tcPr>
            <w:tcW w:type="dxa" w:w="2248"/>
            <w:tcBorders>
              <w:top w:val="single" w:sz="4" w:space="0" w:color="9AA5B1"/>
              <w:left w:val="single" w:sz="4" w:space="0" w:color="9AA5B1"/>
              <w:bottom w:val="single" w:sz="4" w:space="0" w:color="9AA5B1"/>
              <w:right w:val="single" w:sz="4" w:space="0" w:color="9AA5B1"/>
            </w:tcBorders>
          </w:tcPr>
          <w:p>
            <w:pPr>
              <w:spacing w:before="0" w:after="0"/>
            </w:pPr>
          </w:p>
        </w:tc>
        <w:tc>
          <w:tcPr>
            <w:tcW w:type="dxa" w:w="2720"/>
            <w:tcBorders>
              <w:top w:val="single" w:sz="4" w:space="0" w:color="9AA5B1"/>
              <w:left w:val="single" w:sz="4" w:space="0" w:color="9AA5B1"/>
              <w:bottom w:val="single" w:sz="4" w:space="0" w:color="9AA5B1"/>
              <w:right w:val="single" w:sz="4" w:space="0" w:color="9AA5B1"/>
            </w:tcBorders>
          </w:tcPr>
          <w:p>
            <w:pPr>
              <w:spacing w:before="0" w:after="0"/>
            </w:pPr>
          </w:p>
        </w:tc>
        <w:tc>
          <w:tcPr>
            <w:tcW w:type="dxa" w:w="1892"/>
            <w:tcBorders>
              <w:top w:val="single" w:sz="4" w:space="0" w:color="9AA5B1"/>
              <w:left w:val="single" w:sz="4" w:space="0" w:color="9AA5B1"/>
              <w:bottom w:val="single" w:sz="4" w:space="0" w:color="9AA5B1"/>
              <w:right w:val="single" w:sz="4" w:space="0" w:color="9AA5B1"/>
            </w:tcBorders>
          </w:tcPr>
          <w:p>
            <w:pPr>
              <w:spacing w:before="0" w:after="0"/>
            </w:pPr>
          </w:p>
        </w:tc>
        <w:tc>
          <w:tcPr>
            <w:tcW w:type="dxa" w:w="1538"/>
            <w:tcBorders>
              <w:top w:val="single" w:sz="4" w:space="0" w:color="9AA5B1"/>
              <w:left w:val="single" w:sz="4" w:space="0" w:color="9AA5B1"/>
              <w:bottom w:val="single" w:sz="4" w:space="0" w:color="9AA5B1"/>
              <w:right w:val="single" w:sz="4" w:space="0" w:color="9AA5B1"/>
            </w:tcBorders>
          </w:tcPr>
          <w:p>
            <w:pPr>
              <w:spacing w:before="0" w:after="0"/>
            </w:pPr>
          </w:p>
        </w:tc>
        <w:tc>
          <w:tcPr>
            <w:tcW w:type="dxa" w:w="153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248"/>
            <w:tcBorders>
              <w:top w:val="single" w:sz="4" w:space="0" w:color="9AA5B1"/>
              <w:left w:val="single" w:sz="4" w:space="0" w:color="9AA5B1"/>
              <w:bottom w:val="single" w:sz="4" w:space="0" w:color="9AA5B1"/>
              <w:right w:val="single" w:sz="4" w:space="0" w:color="9AA5B1"/>
            </w:tcBorders>
          </w:tcPr>
          <w:p>
            <w:pPr>
              <w:spacing w:before="0" w:after="0"/>
            </w:pPr>
          </w:p>
        </w:tc>
        <w:tc>
          <w:tcPr>
            <w:tcW w:type="dxa" w:w="2720"/>
            <w:tcBorders>
              <w:top w:val="single" w:sz="4" w:space="0" w:color="9AA5B1"/>
              <w:left w:val="single" w:sz="4" w:space="0" w:color="9AA5B1"/>
              <w:bottom w:val="single" w:sz="4" w:space="0" w:color="9AA5B1"/>
              <w:right w:val="single" w:sz="4" w:space="0" w:color="9AA5B1"/>
            </w:tcBorders>
          </w:tcPr>
          <w:p>
            <w:pPr>
              <w:spacing w:before="0" w:after="0"/>
            </w:pPr>
          </w:p>
        </w:tc>
        <w:tc>
          <w:tcPr>
            <w:tcW w:type="dxa" w:w="1892"/>
            <w:tcBorders>
              <w:top w:val="single" w:sz="4" w:space="0" w:color="9AA5B1"/>
              <w:left w:val="single" w:sz="4" w:space="0" w:color="9AA5B1"/>
              <w:bottom w:val="single" w:sz="4" w:space="0" w:color="9AA5B1"/>
              <w:right w:val="single" w:sz="4" w:space="0" w:color="9AA5B1"/>
            </w:tcBorders>
          </w:tcPr>
          <w:p>
            <w:pPr>
              <w:spacing w:before="0" w:after="0"/>
            </w:pPr>
          </w:p>
        </w:tc>
        <w:tc>
          <w:tcPr>
            <w:tcW w:type="dxa" w:w="1538"/>
            <w:tcBorders>
              <w:top w:val="single" w:sz="4" w:space="0" w:color="9AA5B1"/>
              <w:left w:val="single" w:sz="4" w:space="0" w:color="9AA5B1"/>
              <w:bottom w:val="single" w:sz="4" w:space="0" w:color="9AA5B1"/>
              <w:right w:val="single" w:sz="4" w:space="0" w:color="9AA5B1"/>
            </w:tcBorders>
          </w:tcPr>
          <w:p>
            <w:pPr>
              <w:spacing w:before="0" w:after="0"/>
            </w:pPr>
          </w:p>
        </w:tc>
        <w:tc>
          <w:tcPr>
            <w:tcW w:type="dxa" w:w="153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248"/>
            <w:tcBorders>
              <w:top w:val="single" w:sz="4" w:space="0" w:color="9AA5B1"/>
              <w:left w:val="single" w:sz="4" w:space="0" w:color="9AA5B1"/>
              <w:bottom w:val="single" w:sz="4" w:space="0" w:color="9AA5B1"/>
              <w:right w:val="single" w:sz="4" w:space="0" w:color="9AA5B1"/>
            </w:tcBorders>
          </w:tcPr>
          <w:p>
            <w:pPr>
              <w:spacing w:before="0" w:after="0"/>
            </w:pPr>
          </w:p>
        </w:tc>
        <w:tc>
          <w:tcPr>
            <w:tcW w:type="dxa" w:w="2720"/>
            <w:tcBorders>
              <w:top w:val="single" w:sz="4" w:space="0" w:color="9AA5B1"/>
              <w:left w:val="single" w:sz="4" w:space="0" w:color="9AA5B1"/>
              <w:bottom w:val="single" w:sz="4" w:space="0" w:color="9AA5B1"/>
              <w:right w:val="single" w:sz="4" w:space="0" w:color="9AA5B1"/>
            </w:tcBorders>
          </w:tcPr>
          <w:p>
            <w:pPr>
              <w:spacing w:before="0" w:after="0"/>
            </w:pPr>
          </w:p>
        </w:tc>
        <w:tc>
          <w:tcPr>
            <w:tcW w:type="dxa" w:w="1892"/>
            <w:tcBorders>
              <w:top w:val="single" w:sz="4" w:space="0" w:color="9AA5B1"/>
              <w:left w:val="single" w:sz="4" w:space="0" w:color="9AA5B1"/>
              <w:bottom w:val="single" w:sz="4" w:space="0" w:color="9AA5B1"/>
              <w:right w:val="single" w:sz="4" w:space="0" w:color="9AA5B1"/>
            </w:tcBorders>
          </w:tcPr>
          <w:p>
            <w:pPr>
              <w:spacing w:before="0" w:after="0"/>
            </w:pPr>
          </w:p>
        </w:tc>
        <w:tc>
          <w:tcPr>
            <w:tcW w:type="dxa" w:w="1538"/>
            <w:tcBorders>
              <w:top w:val="single" w:sz="4" w:space="0" w:color="9AA5B1"/>
              <w:left w:val="single" w:sz="4" w:space="0" w:color="9AA5B1"/>
              <w:bottom w:val="single" w:sz="4" w:space="0" w:color="9AA5B1"/>
              <w:right w:val="single" w:sz="4" w:space="0" w:color="9AA5B1"/>
            </w:tcBorders>
          </w:tcPr>
          <w:p>
            <w:pPr>
              <w:spacing w:before="0" w:after="0"/>
            </w:pPr>
          </w:p>
        </w:tc>
        <w:tc>
          <w:tcPr>
            <w:tcW w:type="dxa" w:w="153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248"/>
            <w:tcBorders>
              <w:top w:val="single" w:sz="4" w:space="0" w:color="9AA5B1"/>
              <w:left w:val="single" w:sz="4" w:space="0" w:color="9AA5B1"/>
              <w:bottom w:val="single" w:sz="4" w:space="0" w:color="9AA5B1"/>
              <w:right w:val="single" w:sz="4" w:space="0" w:color="9AA5B1"/>
            </w:tcBorders>
          </w:tcPr>
          <w:p>
            <w:pPr>
              <w:spacing w:before="0" w:after="0"/>
            </w:pPr>
          </w:p>
        </w:tc>
        <w:tc>
          <w:tcPr>
            <w:tcW w:type="dxa" w:w="2720"/>
            <w:tcBorders>
              <w:top w:val="single" w:sz="4" w:space="0" w:color="9AA5B1"/>
              <w:left w:val="single" w:sz="4" w:space="0" w:color="9AA5B1"/>
              <w:bottom w:val="single" w:sz="4" w:space="0" w:color="9AA5B1"/>
              <w:right w:val="single" w:sz="4" w:space="0" w:color="9AA5B1"/>
            </w:tcBorders>
          </w:tcPr>
          <w:p>
            <w:pPr>
              <w:spacing w:before="0" w:after="0"/>
            </w:pPr>
          </w:p>
        </w:tc>
        <w:tc>
          <w:tcPr>
            <w:tcW w:type="dxa" w:w="1892"/>
            <w:tcBorders>
              <w:top w:val="single" w:sz="4" w:space="0" w:color="9AA5B1"/>
              <w:left w:val="single" w:sz="4" w:space="0" w:color="9AA5B1"/>
              <w:bottom w:val="single" w:sz="4" w:space="0" w:color="9AA5B1"/>
              <w:right w:val="single" w:sz="4" w:space="0" w:color="9AA5B1"/>
            </w:tcBorders>
          </w:tcPr>
          <w:p>
            <w:pPr>
              <w:spacing w:before="0" w:after="0"/>
            </w:pPr>
          </w:p>
        </w:tc>
        <w:tc>
          <w:tcPr>
            <w:tcW w:type="dxa" w:w="1538"/>
            <w:tcBorders>
              <w:top w:val="single" w:sz="4" w:space="0" w:color="9AA5B1"/>
              <w:left w:val="single" w:sz="4" w:space="0" w:color="9AA5B1"/>
              <w:bottom w:val="single" w:sz="4" w:space="0" w:color="9AA5B1"/>
              <w:right w:val="single" w:sz="4" w:space="0" w:color="9AA5B1"/>
            </w:tcBorders>
          </w:tcPr>
          <w:p>
            <w:pPr>
              <w:spacing w:before="0" w:after="0"/>
            </w:pPr>
          </w:p>
        </w:tc>
        <w:tc>
          <w:tcPr>
            <w:tcW w:type="dxa" w:w="153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248"/>
            <w:tcBorders>
              <w:top w:val="single" w:sz="4" w:space="0" w:color="9AA5B1"/>
              <w:left w:val="single" w:sz="4" w:space="0" w:color="9AA5B1"/>
              <w:bottom w:val="single" w:sz="4" w:space="0" w:color="9AA5B1"/>
              <w:right w:val="single" w:sz="4" w:space="0" w:color="9AA5B1"/>
            </w:tcBorders>
          </w:tcPr>
          <w:p>
            <w:pPr>
              <w:spacing w:before="0" w:after="0"/>
            </w:pPr>
          </w:p>
        </w:tc>
        <w:tc>
          <w:tcPr>
            <w:tcW w:type="dxa" w:w="2720"/>
            <w:tcBorders>
              <w:top w:val="single" w:sz="4" w:space="0" w:color="9AA5B1"/>
              <w:left w:val="single" w:sz="4" w:space="0" w:color="9AA5B1"/>
              <w:bottom w:val="single" w:sz="4" w:space="0" w:color="9AA5B1"/>
              <w:right w:val="single" w:sz="4" w:space="0" w:color="9AA5B1"/>
            </w:tcBorders>
          </w:tcPr>
          <w:p>
            <w:pPr>
              <w:spacing w:before="0" w:after="0"/>
            </w:pPr>
          </w:p>
        </w:tc>
        <w:tc>
          <w:tcPr>
            <w:tcW w:type="dxa" w:w="1892"/>
            <w:tcBorders>
              <w:top w:val="single" w:sz="4" w:space="0" w:color="9AA5B1"/>
              <w:left w:val="single" w:sz="4" w:space="0" w:color="9AA5B1"/>
              <w:bottom w:val="single" w:sz="4" w:space="0" w:color="9AA5B1"/>
              <w:right w:val="single" w:sz="4" w:space="0" w:color="9AA5B1"/>
            </w:tcBorders>
          </w:tcPr>
          <w:p>
            <w:pPr>
              <w:spacing w:before="0" w:after="0"/>
            </w:pPr>
          </w:p>
        </w:tc>
        <w:tc>
          <w:tcPr>
            <w:tcW w:type="dxa" w:w="1538"/>
            <w:tcBorders>
              <w:top w:val="single" w:sz="4" w:space="0" w:color="9AA5B1"/>
              <w:left w:val="single" w:sz="4" w:space="0" w:color="9AA5B1"/>
              <w:bottom w:val="single" w:sz="4" w:space="0" w:color="9AA5B1"/>
              <w:right w:val="single" w:sz="4" w:space="0" w:color="9AA5B1"/>
            </w:tcBorders>
          </w:tcPr>
          <w:p>
            <w:pPr>
              <w:spacing w:before="0" w:after="0"/>
            </w:pPr>
          </w:p>
        </w:tc>
        <w:tc>
          <w:tcPr>
            <w:tcW w:type="dxa" w:w="1538"/>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pStyle w:val="Heading2"/>
      </w:pPr>
      <w:r>
        <w:rPr>
          <w:b/>
          <w:i w:val="0"/>
        </w:rPr>
        <w:t>Scope and Scale</w:t>
      </w:r>
    </w:p>
    <w:p>
      <w:pPr>
        <w:spacing w:before="0" w:after="120"/>
      </w:pPr>
      <w:r>
        <w:rPr>
          <w:b w:val="0"/>
          <w:i w:val="0"/>
        </w:rPr>
        <w:t>What was the size, reach, duration, or scale of the project?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People affected: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Teams / departments / units involved: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Locations / regions / sites: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Customers / clients / users: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Budget or resources, if appropriate and shareable: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Time period / deadline: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Systems, tools, equipment, or processes affected: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Volume / workload / caseload, if relevant:</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Risk or consequence of error:</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Other scope details:</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Constraints</w:t>
      </w:r>
    </w:p>
    <w:p>
      <w:pPr>
        <w:spacing w:before="0" w:after="120"/>
      </w:pPr>
      <w:r>
        <w:rPr>
          <w:b w:val="0"/>
          <w:i w:val="0"/>
        </w:rPr>
        <w:t>What limits shaped the work?</w:t>
      </w:r>
    </w:p>
    <w:p>
      <w:pPr>
        <w:spacing w:before="0" w:after="120"/>
      </w:pPr>
      <w:r>
        <w:rPr>
          <w:b w:val="0"/>
          <w:i w:val="0"/>
        </w:rPr>
        <w:t>Consider time, budget, staffing, authority, tools, policy, compliance, data quality, geography, customer urgency, privacy, security, organizational politics, competing priorities, or incomplete information.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Constraints: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Which constraint most affected the project?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Most important constraint: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Actions Taken</w:t>
      </w:r>
    </w:p>
    <w:p>
      <w:pPr>
        <w:spacing w:before="0" w:after="120"/>
      </w:pPr>
      <w:r>
        <w:rPr>
          <w:b w:val="0"/>
          <w:i w:val="0"/>
        </w:rPr>
        <w:t>What did you do that mattered?</w:t>
      </w:r>
    </w:p>
    <w:p>
      <w:pPr>
        <w:spacing w:before="0" w:after="120"/>
      </w:pPr>
      <w:r>
        <w:rPr>
          <w:b w:val="0"/>
          <w:i w:val="0"/>
        </w:rPr>
        <w:t>Focus on actions that shaped the project, supported a claim, created an artifact, changed the process, helped people, reduced risk, or produced learning.</w:t>
      </w:r>
    </w:p>
    <w:tbl>
      <w:tblPr>
        <w:tblW w:w="9937" w:type="dxa"/>
        <w:jc w:val="center"/>
        <w:tblLayout w:type="fixed"/>
        <w:tblCellMar>
          <w:top w:w="60" w:type="dxa"/>
          <w:left w:w="90" w:type="dxa"/>
          <w:bottom w:w="60" w:type="dxa"/>
          <w:right w:w="90" w:type="dxa"/>
        </w:tblCellMar>
        <w:tblLook w:firstColumn="1" w:firstRow="1" w:lastColumn="0" w:lastRow="0" w:noHBand="0" w:noVBand="1" w:val="04A0"/>
      </w:tblPr>
      <w:tblGrid>
        <w:gridCol w:w="1807"/>
        <w:gridCol w:w="1807"/>
        <w:gridCol w:w="1807"/>
        <w:gridCol w:w="4515"/>
      </w:tblGrid>
      <w:tr>
        <w:trPr>
          <w:cantSplit/>
          <w:trHeight w:val="432" w:hRule="atLeast"/>
          <w:tblHeader/>
        </w:trPr>
        <w:tc>
          <w:tcPr>
            <w:tcW w:type="dxa" w:w="180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Action</w:t>
            </w:r>
          </w:p>
        </w:tc>
        <w:tc>
          <w:tcPr>
            <w:tcW w:type="dxa" w:w="180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Purpose</w:t>
            </w:r>
          </w:p>
        </w:tc>
        <w:tc>
          <w:tcPr>
            <w:tcW w:type="dxa" w:w="180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Evidence</w:t>
            </w:r>
          </w:p>
        </w:tc>
        <w:tc>
          <w:tcPr>
            <w:tcW w:type="dxa" w:w="4516"/>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Claim It May Support</w:t>
            </w:r>
          </w:p>
        </w:tc>
      </w:tr>
      <w:tr>
        <w:trPr>
          <w:cantSplit/>
          <w:trHeight w:val="518" w:hRule="atLeast"/>
        </w:trPr>
        <w:tc>
          <w:tcPr>
            <w:tcW w:type="dxa" w:w="1807"/>
            <w:tcBorders>
              <w:top w:val="single" w:sz="4" w:space="0" w:color="9AA5B1"/>
              <w:left w:val="single" w:sz="4" w:space="0" w:color="9AA5B1"/>
              <w:bottom w:val="single" w:sz="4" w:space="0" w:color="9AA5B1"/>
              <w:right w:val="single" w:sz="4" w:space="0" w:color="9AA5B1"/>
            </w:tcBorders>
          </w:tcPr>
          <w:p>
            <w:pPr>
              <w:spacing w:before="0" w:after="0"/>
            </w:pPr>
          </w:p>
        </w:tc>
        <w:tc>
          <w:tcPr>
            <w:tcW w:type="dxa" w:w="1807"/>
            <w:tcBorders>
              <w:top w:val="single" w:sz="4" w:space="0" w:color="9AA5B1"/>
              <w:left w:val="single" w:sz="4" w:space="0" w:color="9AA5B1"/>
              <w:bottom w:val="single" w:sz="4" w:space="0" w:color="9AA5B1"/>
              <w:right w:val="single" w:sz="4" w:space="0" w:color="9AA5B1"/>
            </w:tcBorders>
          </w:tcPr>
          <w:p>
            <w:pPr>
              <w:spacing w:before="0" w:after="0"/>
            </w:pPr>
          </w:p>
        </w:tc>
        <w:tc>
          <w:tcPr>
            <w:tcW w:type="dxa" w:w="1807"/>
            <w:tcBorders>
              <w:top w:val="single" w:sz="4" w:space="0" w:color="9AA5B1"/>
              <w:left w:val="single" w:sz="4" w:space="0" w:color="9AA5B1"/>
              <w:bottom w:val="single" w:sz="4" w:space="0" w:color="9AA5B1"/>
              <w:right w:val="single" w:sz="4" w:space="0" w:color="9AA5B1"/>
            </w:tcBorders>
          </w:tcPr>
          <w:p>
            <w:pPr>
              <w:spacing w:before="0" w:after="0"/>
            </w:pPr>
          </w:p>
        </w:tc>
        <w:tc>
          <w:tcPr>
            <w:tcW w:type="dxa" w:w="4516"/>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807"/>
            <w:tcBorders>
              <w:top w:val="single" w:sz="4" w:space="0" w:color="9AA5B1"/>
              <w:left w:val="single" w:sz="4" w:space="0" w:color="9AA5B1"/>
              <w:bottom w:val="single" w:sz="4" w:space="0" w:color="9AA5B1"/>
              <w:right w:val="single" w:sz="4" w:space="0" w:color="9AA5B1"/>
            </w:tcBorders>
          </w:tcPr>
          <w:p>
            <w:pPr>
              <w:spacing w:before="0" w:after="0"/>
            </w:pPr>
          </w:p>
        </w:tc>
        <w:tc>
          <w:tcPr>
            <w:tcW w:type="dxa" w:w="1807"/>
            <w:tcBorders>
              <w:top w:val="single" w:sz="4" w:space="0" w:color="9AA5B1"/>
              <w:left w:val="single" w:sz="4" w:space="0" w:color="9AA5B1"/>
              <w:bottom w:val="single" w:sz="4" w:space="0" w:color="9AA5B1"/>
              <w:right w:val="single" w:sz="4" w:space="0" w:color="9AA5B1"/>
            </w:tcBorders>
          </w:tcPr>
          <w:p>
            <w:pPr>
              <w:spacing w:before="0" w:after="0"/>
            </w:pPr>
          </w:p>
        </w:tc>
        <w:tc>
          <w:tcPr>
            <w:tcW w:type="dxa" w:w="1807"/>
            <w:tcBorders>
              <w:top w:val="single" w:sz="4" w:space="0" w:color="9AA5B1"/>
              <w:left w:val="single" w:sz="4" w:space="0" w:color="9AA5B1"/>
              <w:bottom w:val="single" w:sz="4" w:space="0" w:color="9AA5B1"/>
              <w:right w:val="single" w:sz="4" w:space="0" w:color="9AA5B1"/>
            </w:tcBorders>
          </w:tcPr>
          <w:p>
            <w:pPr>
              <w:spacing w:before="0" w:after="0"/>
            </w:pPr>
          </w:p>
        </w:tc>
        <w:tc>
          <w:tcPr>
            <w:tcW w:type="dxa" w:w="4516"/>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807"/>
            <w:tcBorders>
              <w:top w:val="single" w:sz="4" w:space="0" w:color="9AA5B1"/>
              <w:left w:val="single" w:sz="4" w:space="0" w:color="9AA5B1"/>
              <w:bottom w:val="single" w:sz="4" w:space="0" w:color="9AA5B1"/>
              <w:right w:val="single" w:sz="4" w:space="0" w:color="9AA5B1"/>
            </w:tcBorders>
          </w:tcPr>
          <w:p>
            <w:pPr>
              <w:spacing w:before="0" w:after="0"/>
            </w:pPr>
          </w:p>
        </w:tc>
        <w:tc>
          <w:tcPr>
            <w:tcW w:type="dxa" w:w="1807"/>
            <w:tcBorders>
              <w:top w:val="single" w:sz="4" w:space="0" w:color="9AA5B1"/>
              <w:left w:val="single" w:sz="4" w:space="0" w:color="9AA5B1"/>
              <w:bottom w:val="single" w:sz="4" w:space="0" w:color="9AA5B1"/>
              <w:right w:val="single" w:sz="4" w:space="0" w:color="9AA5B1"/>
            </w:tcBorders>
          </w:tcPr>
          <w:p>
            <w:pPr>
              <w:spacing w:before="0" w:after="0"/>
            </w:pPr>
          </w:p>
        </w:tc>
        <w:tc>
          <w:tcPr>
            <w:tcW w:type="dxa" w:w="1807"/>
            <w:tcBorders>
              <w:top w:val="single" w:sz="4" w:space="0" w:color="9AA5B1"/>
              <w:left w:val="single" w:sz="4" w:space="0" w:color="9AA5B1"/>
              <w:bottom w:val="single" w:sz="4" w:space="0" w:color="9AA5B1"/>
              <w:right w:val="single" w:sz="4" w:space="0" w:color="9AA5B1"/>
            </w:tcBorders>
          </w:tcPr>
          <w:p>
            <w:pPr>
              <w:spacing w:before="0" w:after="0"/>
            </w:pPr>
          </w:p>
        </w:tc>
        <w:tc>
          <w:tcPr>
            <w:tcW w:type="dxa" w:w="4516"/>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807"/>
            <w:tcBorders>
              <w:top w:val="single" w:sz="4" w:space="0" w:color="9AA5B1"/>
              <w:left w:val="single" w:sz="4" w:space="0" w:color="9AA5B1"/>
              <w:bottom w:val="single" w:sz="4" w:space="0" w:color="9AA5B1"/>
              <w:right w:val="single" w:sz="4" w:space="0" w:color="9AA5B1"/>
            </w:tcBorders>
          </w:tcPr>
          <w:p>
            <w:pPr>
              <w:spacing w:before="0" w:after="0"/>
            </w:pPr>
          </w:p>
        </w:tc>
        <w:tc>
          <w:tcPr>
            <w:tcW w:type="dxa" w:w="1807"/>
            <w:tcBorders>
              <w:top w:val="single" w:sz="4" w:space="0" w:color="9AA5B1"/>
              <w:left w:val="single" w:sz="4" w:space="0" w:color="9AA5B1"/>
              <w:bottom w:val="single" w:sz="4" w:space="0" w:color="9AA5B1"/>
              <w:right w:val="single" w:sz="4" w:space="0" w:color="9AA5B1"/>
            </w:tcBorders>
          </w:tcPr>
          <w:p>
            <w:pPr>
              <w:spacing w:before="0" w:after="0"/>
            </w:pPr>
          </w:p>
        </w:tc>
        <w:tc>
          <w:tcPr>
            <w:tcW w:type="dxa" w:w="1807"/>
            <w:tcBorders>
              <w:top w:val="single" w:sz="4" w:space="0" w:color="9AA5B1"/>
              <w:left w:val="single" w:sz="4" w:space="0" w:color="9AA5B1"/>
              <w:bottom w:val="single" w:sz="4" w:space="0" w:color="9AA5B1"/>
              <w:right w:val="single" w:sz="4" w:space="0" w:color="9AA5B1"/>
            </w:tcBorders>
          </w:tcPr>
          <w:p>
            <w:pPr>
              <w:spacing w:before="0" w:after="0"/>
            </w:pPr>
          </w:p>
        </w:tc>
        <w:tc>
          <w:tcPr>
            <w:tcW w:type="dxa" w:w="4516"/>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807"/>
            <w:tcBorders>
              <w:top w:val="single" w:sz="4" w:space="0" w:color="9AA5B1"/>
              <w:left w:val="single" w:sz="4" w:space="0" w:color="9AA5B1"/>
              <w:bottom w:val="single" w:sz="4" w:space="0" w:color="9AA5B1"/>
              <w:right w:val="single" w:sz="4" w:space="0" w:color="9AA5B1"/>
            </w:tcBorders>
          </w:tcPr>
          <w:p>
            <w:pPr>
              <w:spacing w:before="0" w:after="0"/>
            </w:pPr>
          </w:p>
        </w:tc>
        <w:tc>
          <w:tcPr>
            <w:tcW w:type="dxa" w:w="1807"/>
            <w:tcBorders>
              <w:top w:val="single" w:sz="4" w:space="0" w:color="9AA5B1"/>
              <w:left w:val="single" w:sz="4" w:space="0" w:color="9AA5B1"/>
              <w:bottom w:val="single" w:sz="4" w:space="0" w:color="9AA5B1"/>
              <w:right w:val="single" w:sz="4" w:space="0" w:color="9AA5B1"/>
            </w:tcBorders>
          </w:tcPr>
          <w:p>
            <w:pPr>
              <w:spacing w:before="0" w:after="0"/>
            </w:pPr>
          </w:p>
        </w:tc>
        <w:tc>
          <w:tcPr>
            <w:tcW w:type="dxa" w:w="1807"/>
            <w:tcBorders>
              <w:top w:val="single" w:sz="4" w:space="0" w:color="9AA5B1"/>
              <w:left w:val="single" w:sz="4" w:space="0" w:color="9AA5B1"/>
              <w:bottom w:val="single" w:sz="4" w:space="0" w:color="9AA5B1"/>
              <w:right w:val="single" w:sz="4" w:space="0" w:color="9AA5B1"/>
            </w:tcBorders>
          </w:tcPr>
          <w:p>
            <w:pPr>
              <w:spacing w:before="0" w:after="0"/>
            </w:pPr>
          </w:p>
        </w:tc>
        <w:tc>
          <w:tcPr>
            <w:tcW w:type="dxa" w:w="4516"/>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pStyle w:val="Heading2"/>
      </w:pPr>
      <w:r>
        <w:rPr>
          <w:b/>
          <w:i w:val="0"/>
        </w:rPr>
        <w:t>Key Decisions and Tradeoffs</w:t>
      </w:r>
    </w:p>
    <w:p>
      <w:pPr>
        <w:spacing w:before="0" w:after="120"/>
      </w:pPr>
      <w:r>
        <w:rPr>
          <w:b w:val="0"/>
          <w:i w:val="0"/>
        </w:rPr>
        <w:t>What decisions, recommendations, tradeoffs, or escalations shaped the project?</w:t>
      </w:r>
    </w:p>
    <w:p>
      <w:pPr>
        <w:spacing w:before="0" w:after="120"/>
      </w:pPr>
      <w:r>
        <w:rPr>
          <w:b w:val="0"/>
          <w:i w:val="0"/>
        </w:rPr>
        <w:t>Use this section to preserve judgment, not just activity.</w:t>
      </w:r>
    </w:p>
    <w:tbl>
      <w:tblPr>
        <w:tblW w:w="9934" w:type="dxa"/>
        <w:jc w:val="center"/>
        <w:tblLayout w:type="fixed"/>
        <w:tblCellMar>
          <w:top w:w="60" w:type="dxa"/>
          <w:left w:w="90" w:type="dxa"/>
          <w:bottom w:w="60" w:type="dxa"/>
          <w:right w:w="90" w:type="dxa"/>
        </w:tblCellMar>
        <w:tblLook w:firstColumn="1" w:firstRow="1" w:lastColumn="0" w:lastRow="0" w:noHBand="0" w:noVBand="1" w:val="04A0"/>
      </w:tblPr>
      <w:tblGrid>
        <w:gridCol w:w="2420"/>
        <w:gridCol w:w="1782"/>
        <w:gridCol w:w="2292"/>
        <w:gridCol w:w="1401"/>
        <w:gridCol w:w="2037"/>
      </w:tblGrid>
      <w:tr>
        <w:trPr>
          <w:cantSplit/>
          <w:trHeight w:val="432" w:hRule="atLeast"/>
          <w:tblHeader/>
        </w:trPr>
        <w:tc>
          <w:tcPr>
            <w:tcW w:type="dxa" w:w="2421"/>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Decision / Tradeoff</w:t>
            </w:r>
          </w:p>
        </w:tc>
        <w:tc>
          <w:tcPr>
            <w:tcW w:type="dxa" w:w="1783"/>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What Was Known</w:t>
            </w:r>
          </w:p>
        </w:tc>
        <w:tc>
          <w:tcPr>
            <w:tcW w:type="dxa" w:w="2292"/>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What Was Uncertain</w:t>
            </w:r>
          </w:p>
        </w:tc>
        <w:tc>
          <w:tcPr>
            <w:tcW w:type="dxa" w:w="1401"/>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Choice Made</w:t>
            </w:r>
          </w:p>
        </w:tc>
        <w:tc>
          <w:tcPr>
            <w:tcW w:type="dxa" w:w="2038"/>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Outcome / Lesson</w:t>
            </w:r>
          </w:p>
        </w:tc>
      </w:tr>
      <w:tr>
        <w:trPr>
          <w:cantSplit/>
          <w:trHeight w:val="518" w:hRule="atLeast"/>
        </w:trPr>
        <w:tc>
          <w:tcPr>
            <w:tcW w:type="dxa" w:w="2421"/>
            <w:tcBorders>
              <w:top w:val="single" w:sz="4" w:space="0" w:color="9AA5B1"/>
              <w:left w:val="single" w:sz="4" w:space="0" w:color="9AA5B1"/>
              <w:bottom w:val="single" w:sz="4" w:space="0" w:color="9AA5B1"/>
              <w:right w:val="single" w:sz="4" w:space="0" w:color="9AA5B1"/>
            </w:tcBorders>
          </w:tcPr>
          <w:p>
            <w:pPr>
              <w:spacing w:before="0" w:after="0"/>
            </w:pPr>
          </w:p>
        </w:tc>
        <w:tc>
          <w:tcPr>
            <w:tcW w:type="dxa" w:w="1783"/>
            <w:tcBorders>
              <w:top w:val="single" w:sz="4" w:space="0" w:color="9AA5B1"/>
              <w:left w:val="single" w:sz="4" w:space="0" w:color="9AA5B1"/>
              <w:bottom w:val="single" w:sz="4" w:space="0" w:color="9AA5B1"/>
              <w:right w:val="single" w:sz="4" w:space="0" w:color="9AA5B1"/>
            </w:tcBorders>
          </w:tcPr>
          <w:p>
            <w:pPr>
              <w:spacing w:before="0" w:after="0"/>
            </w:pPr>
          </w:p>
        </w:tc>
        <w:tc>
          <w:tcPr>
            <w:tcW w:type="dxa" w:w="2292"/>
            <w:tcBorders>
              <w:top w:val="single" w:sz="4" w:space="0" w:color="9AA5B1"/>
              <w:left w:val="single" w:sz="4" w:space="0" w:color="9AA5B1"/>
              <w:bottom w:val="single" w:sz="4" w:space="0" w:color="9AA5B1"/>
              <w:right w:val="single" w:sz="4" w:space="0" w:color="9AA5B1"/>
            </w:tcBorders>
          </w:tcPr>
          <w:p>
            <w:pPr>
              <w:spacing w:before="0" w:after="0"/>
            </w:pPr>
          </w:p>
        </w:tc>
        <w:tc>
          <w:tcPr>
            <w:tcW w:type="dxa" w:w="1401"/>
            <w:tcBorders>
              <w:top w:val="single" w:sz="4" w:space="0" w:color="9AA5B1"/>
              <w:left w:val="single" w:sz="4" w:space="0" w:color="9AA5B1"/>
              <w:bottom w:val="single" w:sz="4" w:space="0" w:color="9AA5B1"/>
              <w:right w:val="single" w:sz="4" w:space="0" w:color="9AA5B1"/>
            </w:tcBorders>
          </w:tcPr>
          <w:p>
            <w:pPr>
              <w:spacing w:before="0" w:after="0"/>
            </w:pPr>
          </w:p>
        </w:tc>
        <w:tc>
          <w:tcPr>
            <w:tcW w:type="dxa" w:w="203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421"/>
            <w:tcBorders>
              <w:top w:val="single" w:sz="4" w:space="0" w:color="9AA5B1"/>
              <w:left w:val="single" w:sz="4" w:space="0" w:color="9AA5B1"/>
              <w:bottom w:val="single" w:sz="4" w:space="0" w:color="9AA5B1"/>
              <w:right w:val="single" w:sz="4" w:space="0" w:color="9AA5B1"/>
            </w:tcBorders>
          </w:tcPr>
          <w:p>
            <w:pPr>
              <w:spacing w:before="0" w:after="0"/>
            </w:pPr>
          </w:p>
        </w:tc>
        <w:tc>
          <w:tcPr>
            <w:tcW w:type="dxa" w:w="1783"/>
            <w:tcBorders>
              <w:top w:val="single" w:sz="4" w:space="0" w:color="9AA5B1"/>
              <w:left w:val="single" w:sz="4" w:space="0" w:color="9AA5B1"/>
              <w:bottom w:val="single" w:sz="4" w:space="0" w:color="9AA5B1"/>
              <w:right w:val="single" w:sz="4" w:space="0" w:color="9AA5B1"/>
            </w:tcBorders>
          </w:tcPr>
          <w:p>
            <w:pPr>
              <w:spacing w:before="0" w:after="0"/>
            </w:pPr>
          </w:p>
        </w:tc>
        <w:tc>
          <w:tcPr>
            <w:tcW w:type="dxa" w:w="2292"/>
            <w:tcBorders>
              <w:top w:val="single" w:sz="4" w:space="0" w:color="9AA5B1"/>
              <w:left w:val="single" w:sz="4" w:space="0" w:color="9AA5B1"/>
              <w:bottom w:val="single" w:sz="4" w:space="0" w:color="9AA5B1"/>
              <w:right w:val="single" w:sz="4" w:space="0" w:color="9AA5B1"/>
            </w:tcBorders>
          </w:tcPr>
          <w:p>
            <w:pPr>
              <w:spacing w:before="0" w:after="0"/>
            </w:pPr>
          </w:p>
        </w:tc>
        <w:tc>
          <w:tcPr>
            <w:tcW w:type="dxa" w:w="1401"/>
            <w:tcBorders>
              <w:top w:val="single" w:sz="4" w:space="0" w:color="9AA5B1"/>
              <w:left w:val="single" w:sz="4" w:space="0" w:color="9AA5B1"/>
              <w:bottom w:val="single" w:sz="4" w:space="0" w:color="9AA5B1"/>
              <w:right w:val="single" w:sz="4" w:space="0" w:color="9AA5B1"/>
            </w:tcBorders>
          </w:tcPr>
          <w:p>
            <w:pPr>
              <w:spacing w:before="0" w:after="0"/>
            </w:pPr>
          </w:p>
        </w:tc>
        <w:tc>
          <w:tcPr>
            <w:tcW w:type="dxa" w:w="203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421"/>
            <w:tcBorders>
              <w:top w:val="single" w:sz="4" w:space="0" w:color="9AA5B1"/>
              <w:left w:val="single" w:sz="4" w:space="0" w:color="9AA5B1"/>
              <w:bottom w:val="single" w:sz="4" w:space="0" w:color="9AA5B1"/>
              <w:right w:val="single" w:sz="4" w:space="0" w:color="9AA5B1"/>
            </w:tcBorders>
          </w:tcPr>
          <w:p>
            <w:pPr>
              <w:spacing w:before="0" w:after="0"/>
            </w:pPr>
          </w:p>
        </w:tc>
        <w:tc>
          <w:tcPr>
            <w:tcW w:type="dxa" w:w="1783"/>
            <w:tcBorders>
              <w:top w:val="single" w:sz="4" w:space="0" w:color="9AA5B1"/>
              <w:left w:val="single" w:sz="4" w:space="0" w:color="9AA5B1"/>
              <w:bottom w:val="single" w:sz="4" w:space="0" w:color="9AA5B1"/>
              <w:right w:val="single" w:sz="4" w:space="0" w:color="9AA5B1"/>
            </w:tcBorders>
          </w:tcPr>
          <w:p>
            <w:pPr>
              <w:spacing w:before="0" w:after="0"/>
            </w:pPr>
          </w:p>
        </w:tc>
        <w:tc>
          <w:tcPr>
            <w:tcW w:type="dxa" w:w="2292"/>
            <w:tcBorders>
              <w:top w:val="single" w:sz="4" w:space="0" w:color="9AA5B1"/>
              <w:left w:val="single" w:sz="4" w:space="0" w:color="9AA5B1"/>
              <w:bottom w:val="single" w:sz="4" w:space="0" w:color="9AA5B1"/>
              <w:right w:val="single" w:sz="4" w:space="0" w:color="9AA5B1"/>
            </w:tcBorders>
          </w:tcPr>
          <w:p>
            <w:pPr>
              <w:spacing w:before="0" w:after="0"/>
            </w:pPr>
          </w:p>
        </w:tc>
        <w:tc>
          <w:tcPr>
            <w:tcW w:type="dxa" w:w="1401"/>
            <w:tcBorders>
              <w:top w:val="single" w:sz="4" w:space="0" w:color="9AA5B1"/>
              <w:left w:val="single" w:sz="4" w:space="0" w:color="9AA5B1"/>
              <w:bottom w:val="single" w:sz="4" w:space="0" w:color="9AA5B1"/>
              <w:right w:val="single" w:sz="4" w:space="0" w:color="9AA5B1"/>
            </w:tcBorders>
          </w:tcPr>
          <w:p>
            <w:pPr>
              <w:spacing w:before="0" w:after="0"/>
            </w:pPr>
          </w:p>
        </w:tc>
        <w:tc>
          <w:tcPr>
            <w:tcW w:type="dxa" w:w="203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421"/>
            <w:tcBorders>
              <w:top w:val="single" w:sz="4" w:space="0" w:color="9AA5B1"/>
              <w:left w:val="single" w:sz="4" w:space="0" w:color="9AA5B1"/>
              <w:bottom w:val="single" w:sz="4" w:space="0" w:color="9AA5B1"/>
              <w:right w:val="single" w:sz="4" w:space="0" w:color="9AA5B1"/>
            </w:tcBorders>
          </w:tcPr>
          <w:p>
            <w:pPr>
              <w:spacing w:before="0" w:after="0"/>
            </w:pPr>
          </w:p>
        </w:tc>
        <w:tc>
          <w:tcPr>
            <w:tcW w:type="dxa" w:w="1783"/>
            <w:tcBorders>
              <w:top w:val="single" w:sz="4" w:space="0" w:color="9AA5B1"/>
              <w:left w:val="single" w:sz="4" w:space="0" w:color="9AA5B1"/>
              <w:bottom w:val="single" w:sz="4" w:space="0" w:color="9AA5B1"/>
              <w:right w:val="single" w:sz="4" w:space="0" w:color="9AA5B1"/>
            </w:tcBorders>
          </w:tcPr>
          <w:p>
            <w:pPr>
              <w:spacing w:before="0" w:after="0"/>
            </w:pPr>
          </w:p>
        </w:tc>
        <w:tc>
          <w:tcPr>
            <w:tcW w:type="dxa" w:w="2292"/>
            <w:tcBorders>
              <w:top w:val="single" w:sz="4" w:space="0" w:color="9AA5B1"/>
              <w:left w:val="single" w:sz="4" w:space="0" w:color="9AA5B1"/>
              <w:bottom w:val="single" w:sz="4" w:space="0" w:color="9AA5B1"/>
              <w:right w:val="single" w:sz="4" w:space="0" w:color="9AA5B1"/>
            </w:tcBorders>
          </w:tcPr>
          <w:p>
            <w:pPr>
              <w:spacing w:before="0" w:after="0"/>
            </w:pPr>
          </w:p>
        </w:tc>
        <w:tc>
          <w:tcPr>
            <w:tcW w:type="dxa" w:w="1401"/>
            <w:tcBorders>
              <w:top w:val="single" w:sz="4" w:space="0" w:color="9AA5B1"/>
              <w:left w:val="single" w:sz="4" w:space="0" w:color="9AA5B1"/>
              <w:bottom w:val="single" w:sz="4" w:space="0" w:color="9AA5B1"/>
              <w:right w:val="single" w:sz="4" w:space="0" w:color="9AA5B1"/>
            </w:tcBorders>
          </w:tcPr>
          <w:p>
            <w:pPr>
              <w:spacing w:before="0" w:after="0"/>
            </w:pPr>
          </w:p>
        </w:tc>
        <w:tc>
          <w:tcPr>
            <w:tcW w:type="dxa" w:w="203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421"/>
            <w:tcBorders>
              <w:top w:val="single" w:sz="4" w:space="0" w:color="9AA5B1"/>
              <w:left w:val="single" w:sz="4" w:space="0" w:color="9AA5B1"/>
              <w:bottom w:val="single" w:sz="4" w:space="0" w:color="9AA5B1"/>
              <w:right w:val="single" w:sz="4" w:space="0" w:color="9AA5B1"/>
            </w:tcBorders>
          </w:tcPr>
          <w:p>
            <w:pPr>
              <w:spacing w:before="0" w:after="0"/>
            </w:pPr>
          </w:p>
        </w:tc>
        <w:tc>
          <w:tcPr>
            <w:tcW w:type="dxa" w:w="1783"/>
            <w:tcBorders>
              <w:top w:val="single" w:sz="4" w:space="0" w:color="9AA5B1"/>
              <w:left w:val="single" w:sz="4" w:space="0" w:color="9AA5B1"/>
              <w:bottom w:val="single" w:sz="4" w:space="0" w:color="9AA5B1"/>
              <w:right w:val="single" w:sz="4" w:space="0" w:color="9AA5B1"/>
            </w:tcBorders>
          </w:tcPr>
          <w:p>
            <w:pPr>
              <w:spacing w:before="0" w:after="0"/>
            </w:pPr>
          </w:p>
        </w:tc>
        <w:tc>
          <w:tcPr>
            <w:tcW w:type="dxa" w:w="2292"/>
            <w:tcBorders>
              <w:top w:val="single" w:sz="4" w:space="0" w:color="9AA5B1"/>
              <w:left w:val="single" w:sz="4" w:space="0" w:color="9AA5B1"/>
              <w:bottom w:val="single" w:sz="4" w:space="0" w:color="9AA5B1"/>
              <w:right w:val="single" w:sz="4" w:space="0" w:color="9AA5B1"/>
            </w:tcBorders>
          </w:tcPr>
          <w:p>
            <w:pPr>
              <w:spacing w:before="0" w:after="0"/>
            </w:pPr>
          </w:p>
        </w:tc>
        <w:tc>
          <w:tcPr>
            <w:tcW w:type="dxa" w:w="1401"/>
            <w:tcBorders>
              <w:top w:val="single" w:sz="4" w:space="0" w:color="9AA5B1"/>
              <w:left w:val="single" w:sz="4" w:space="0" w:color="9AA5B1"/>
              <w:bottom w:val="single" w:sz="4" w:space="0" w:color="9AA5B1"/>
              <w:right w:val="single" w:sz="4" w:space="0" w:color="9AA5B1"/>
            </w:tcBorders>
          </w:tcPr>
          <w:p>
            <w:pPr>
              <w:spacing w:before="0" w:after="0"/>
            </w:pPr>
          </w:p>
        </w:tc>
        <w:tc>
          <w:tcPr>
            <w:tcW w:type="dxa" w:w="2038"/>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keepNext/>
        <w:spacing w:before="0" w:after="60"/>
      </w:pPr>
      <w:r>
        <w:rPr>
          <w:b w:val="0"/>
          <w:i w:val="0"/>
        </w:rPr>
        <w:t>Complete this sentence:</w:t>
      </w:r>
    </w:p>
    <w:p>
      <w:pPr>
        <w:spacing w:before="0" w:after="120"/>
      </w:pPr>
      <w:r>
        <w:rPr>
          <w:b w:val="0"/>
          <w:i w:val="0"/>
        </w:rPr>
        <w:t>The most important judgment in this project was __________.</w:t>
      </w:r>
    </w:p>
    <w:p>
      <w:pPr>
        <w:pStyle w:val="Heading2"/>
      </w:pPr>
      <w:r>
        <w:rPr>
          <w:b/>
          <w:i w:val="0"/>
        </w:rPr>
        <w:t>Outcome or Result</w:t>
      </w:r>
    </w:p>
    <w:p>
      <w:pPr>
        <w:spacing w:before="0" w:after="120"/>
      </w:pPr>
      <w:r>
        <w:rPr>
          <w:b w:val="0"/>
          <w:i w:val="0"/>
        </w:rPr>
        <w:t>What changed because the project happened?</w:t>
      </w:r>
    </w:p>
    <w:p>
      <w:pPr>
        <w:spacing w:before="0" w:after="120"/>
      </w:pPr>
      <w:r>
        <w:rPr>
          <w:b w:val="0"/>
          <w:i w:val="0"/>
        </w:rPr>
        <w:t>The outcome may be quantitative, qualitative, partial, preventive, stabilizing, or learning-based. Be accurate about your role and the evidence.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Outcome / result: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What improved, stabilized, became possible, or did not get worse: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Metric, if accurate and shareable: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If outcome is unknown, partial, or not yet visible:</w:t>
      </w:r>
    </w:p>
    <w:p>
      <w:pPr>
        <w:pStyle w:val="Heading2"/>
      </w:pPr>
      <w:r>
        <w:rPr>
          <w:b/>
          <w:i w:val="0"/>
        </w:rPr>
        <w:t>Contribution</w:t>
      </w:r>
    </w:p>
    <w:p>
      <w:pPr>
        <w:spacing w:before="0" w:after="120"/>
      </w:pPr>
      <w:r>
        <w:rPr>
          <w:b w:val="0"/>
          <w:i w:val="0"/>
        </w:rPr>
        <w:t>What contribution did you make that might not show up cleanly in the final artifact or metric?</w:t>
      </w:r>
    </w:p>
    <w:p>
      <w:pPr>
        <w:spacing w:before="0" w:after="120"/>
      </w:pPr>
      <w:r>
        <w:rPr>
          <w:b w:val="0"/>
          <w:i w:val="0"/>
        </w:rPr>
        <w:t>Consider stabilizing, preventing, translating, connecting, developing people, repairing, enabling, preserving memory, or creating clarity.</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Contribution: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Complete this sentence:</w:t>
      </w:r>
    </w:p>
    <w:p>
      <w:pPr>
        <w:spacing w:before="0" w:after="120"/>
      </w:pPr>
      <w:r>
        <w:rPr>
          <w:b w:val="0"/>
          <w:i w:val="0"/>
        </w:rPr>
        <w:t>This project may show that I can contribute by __________.</w:t>
      </w:r>
    </w:p>
    <w:p>
      <w:pPr>
        <w:pStyle w:val="Heading2"/>
      </w:pPr>
      <w:r>
        <w:rPr>
          <w:b/>
          <w:i w:val="0"/>
        </w:rPr>
        <w:t>Evidence Available</w:t>
      </w:r>
    </w:p>
    <w:p>
      <w:pPr>
        <w:spacing w:before="0" w:after="120"/>
      </w:pPr>
      <w:r>
        <w:rPr>
          <w:b w:val="0"/>
          <w:i w:val="0"/>
        </w:rPr>
        <w:t>What proof, artifact, record, feedback, public trace, or private summary supports this project?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1745"/>
        <w:gridCol w:w="1074"/>
        <w:gridCol w:w="1074"/>
        <w:gridCol w:w="1879"/>
        <w:gridCol w:w="2014"/>
        <w:gridCol w:w="2148"/>
      </w:tblGrid>
      <w:tr>
        <w:trPr>
          <w:cantSplit/>
          <w:trHeight w:val="432" w:hRule="atLeast"/>
          <w:tblHeader/>
        </w:trPr>
        <w:tc>
          <w:tcPr>
            <w:tcW w:type="dxa" w:w="174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Evidence Item</w:t>
            </w:r>
          </w:p>
        </w:tc>
        <w:tc>
          <w:tcPr>
            <w:tcW w:type="dxa" w:w="107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Type</w:t>
            </w:r>
          </w:p>
        </w:tc>
        <w:tc>
          <w:tcPr>
            <w:tcW w:type="dxa" w:w="107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Location</w:t>
            </w:r>
          </w:p>
        </w:tc>
        <w:tc>
          <w:tcPr>
            <w:tcW w:type="dxa" w:w="187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Status</w:t>
            </w:r>
          </w:p>
        </w:tc>
        <w:tc>
          <w:tcPr>
            <w:tcW w:type="dxa" w:w="201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Claim Supported</w:t>
            </w:r>
          </w:p>
        </w:tc>
        <w:tc>
          <w:tcPr>
            <w:tcW w:type="dxa" w:w="2148"/>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Follow-Up Needed</w:t>
            </w:r>
          </w:p>
        </w:tc>
      </w:tr>
      <w:tr>
        <w:trPr>
          <w:cantSplit/>
          <w:trHeight w:val="518" w:hRule="atLeast"/>
        </w:trPr>
        <w:tc>
          <w:tcPr>
            <w:tcW w:type="dxa" w:w="1745"/>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879"/>
            <w:tcBorders>
              <w:top w:val="single" w:sz="4" w:space="0" w:color="9AA5B1"/>
              <w:left w:val="single" w:sz="4" w:space="0" w:color="9AA5B1"/>
              <w:bottom w:val="single" w:sz="4" w:space="0" w:color="9AA5B1"/>
              <w:right w:val="single" w:sz="4" w:space="0" w:color="9AA5B1"/>
            </w:tcBorders>
          </w:tcPr>
          <w:p>
            <w:pPr>
              <w:spacing w:before="0" w:after="0"/>
            </w:pPr>
          </w:p>
        </w:tc>
        <w:tc>
          <w:tcPr>
            <w:tcW w:type="dxa" w:w="2015"/>
            <w:tcBorders>
              <w:top w:val="single" w:sz="4" w:space="0" w:color="9AA5B1"/>
              <w:left w:val="single" w:sz="4" w:space="0" w:color="9AA5B1"/>
              <w:bottom w:val="single" w:sz="4" w:space="0" w:color="9AA5B1"/>
              <w:right w:val="single" w:sz="4" w:space="0" w:color="9AA5B1"/>
            </w:tcBorders>
          </w:tcPr>
          <w:p>
            <w:pPr>
              <w:spacing w:before="0" w:after="0"/>
            </w:pPr>
          </w:p>
        </w:tc>
        <w:tc>
          <w:tcPr>
            <w:tcW w:type="dxa" w:w="214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45"/>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879"/>
            <w:tcBorders>
              <w:top w:val="single" w:sz="4" w:space="0" w:color="9AA5B1"/>
              <w:left w:val="single" w:sz="4" w:space="0" w:color="9AA5B1"/>
              <w:bottom w:val="single" w:sz="4" w:space="0" w:color="9AA5B1"/>
              <w:right w:val="single" w:sz="4" w:space="0" w:color="9AA5B1"/>
            </w:tcBorders>
          </w:tcPr>
          <w:p>
            <w:pPr>
              <w:spacing w:before="0" w:after="0"/>
            </w:pPr>
          </w:p>
        </w:tc>
        <w:tc>
          <w:tcPr>
            <w:tcW w:type="dxa" w:w="2015"/>
            <w:tcBorders>
              <w:top w:val="single" w:sz="4" w:space="0" w:color="9AA5B1"/>
              <w:left w:val="single" w:sz="4" w:space="0" w:color="9AA5B1"/>
              <w:bottom w:val="single" w:sz="4" w:space="0" w:color="9AA5B1"/>
              <w:right w:val="single" w:sz="4" w:space="0" w:color="9AA5B1"/>
            </w:tcBorders>
          </w:tcPr>
          <w:p>
            <w:pPr>
              <w:spacing w:before="0" w:after="0"/>
            </w:pPr>
          </w:p>
        </w:tc>
        <w:tc>
          <w:tcPr>
            <w:tcW w:type="dxa" w:w="214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45"/>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879"/>
            <w:tcBorders>
              <w:top w:val="single" w:sz="4" w:space="0" w:color="9AA5B1"/>
              <w:left w:val="single" w:sz="4" w:space="0" w:color="9AA5B1"/>
              <w:bottom w:val="single" w:sz="4" w:space="0" w:color="9AA5B1"/>
              <w:right w:val="single" w:sz="4" w:space="0" w:color="9AA5B1"/>
            </w:tcBorders>
          </w:tcPr>
          <w:p>
            <w:pPr>
              <w:spacing w:before="0" w:after="0"/>
            </w:pPr>
          </w:p>
        </w:tc>
        <w:tc>
          <w:tcPr>
            <w:tcW w:type="dxa" w:w="2015"/>
            <w:tcBorders>
              <w:top w:val="single" w:sz="4" w:space="0" w:color="9AA5B1"/>
              <w:left w:val="single" w:sz="4" w:space="0" w:color="9AA5B1"/>
              <w:bottom w:val="single" w:sz="4" w:space="0" w:color="9AA5B1"/>
              <w:right w:val="single" w:sz="4" w:space="0" w:color="9AA5B1"/>
            </w:tcBorders>
          </w:tcPr>
          <w:p>
            <w:pPr>
              <w:spacing w:before="0" w:after="0"/>
            </w:pPr>
          </w:p>
        </w:tc>
        <w:tc>
          <w:tcPr>
            <w:tcW w:type="dxa" w:w="214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45"/>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879"/>
            <w:tcBorders>
              <w:top w:val="single" w:sz="4" w:space="0" w:color="9AA5B1"/>
              <w:left w:val="single" w:sz="4" w:space="0" w:color="9AA5B1"/>
              <w:bottom w:val="single" w:sz="4" w:space="0" w:color="9AA5B1"/>
              <w:right w:val="single" w:sz="4" w:space="0" w:color="9AA5B1"/>
            </w:tcBorders>
          </w:tcPr>
          <w:p>
            <w:pPr>
              <w:spacing w:before="0" w:after="0"/>
            </w:pPr>
          </w:p>
        </w:tc>
        <w:tc>
          <w:tcPr>
            <w:tcW w:type="dxa" w:w="2015"/>
            <w:tcBorders>
              <w:top w:val="single" w:sz="4" w:space="0" w:color="9AA5B1"/>
              <w:left w:val="single" w:sz="4" w:space="0" w:color="9AA5B1"/>
              <w:bottom w:val="single" w:sz="4" w:space="0" w:color="9AA5B1"/>
              <w:right w:val="single" w:sz="4" w:space="0" w:color="9AA5B1"/>
            </w:tcBorders>
          </w:tcPr>
          <w:p>
            <w:pPr>
              <w:spacing w:before="0" w:after="0"/>
            </w:pPr>
          </w:p>
        </w:tc>
        <w:tc>
          <w:tcPr>
            <w:tcW w:type="dxa" w:w="214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45"/>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879"/>
            <w:tcBorders>
              <w:top w:val="single" w:sz="4" w:space="0" w:color="9AA5B1"/>
              <w:left w:val="single" w:sz="4" w:space="0" w:color="9AA5B1"/>
              <w:bottom w:val="single" w:sz="4" w:space="0" w:color="9AA5B1"/>
              <w:right w:val="single" w:sz="4" w:space="0" w:color="9AA5B1"/>
            </w:tcBorders>
          </w:tcPr>
          <w:p>
            <w:pPr>
              <w:spacing w:before="0" w:after="0"/>
            </w:pPr>
          </w:p>
        </w:tc>
        <w:tc>
          <w:tcPr>
            <w:tcW w:type="dxa" w:w="2015"/>
            <w:tcBorders>
              <w:top w:val="single" w:sz="4" w:space="0" w:color="9AA5B1"/>
              <w:left w:val="single" w:sz="4" w:space="0" w:color="9AA5B1"/>
              <w:bottom w:val="single" w:sz="4" w:space="0" w:color="9AA5B1"/>
              <w:right w:val="single" w:sz="4" w:space="0" w:color="9AA5B1"/>
            </w:tcBorders>
          </w:tcPr>
          <w:p>
            <w:pPr>
              <w:spacing w:before="0" w:after="0"/>
            </w:pPr>
          </w:p>
        </w:tc>
        <w:tc>
          <w:tcPr>
            <w:tcW w:type="dxa" w:w="2148"/>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spacing w:before="0" w:after="120"/>
      </w:pPr>
      <w:r>
        <w:rPr>
          <w:b w:val="0"/>
          <w:i w:val="0"/>
        </w:rPr>
        <w:t>Evidence types may include project file, report, presentation, dashboard, process document, meeting note, public link, credential, feedback, email, screenshot, calendar record, witness note, private summary, or reconstructed memory.</w:t>
      </w:r>
    </w:p>
    <w:p>
      <w:pPr>
        <w:pStyle w:val="Heading2"/>
      </w:pPr>
      <w:r>
        <w:rPr>
          <w:b/>
          <w:i w:val="0"/>
        </w:rPr>
        <w:t>Witnesses</w:t>
      </w:r>
    </w:p>
    <w:p>
      <w:pPr>
        <w:spacing w:before="0" w:after="120"/>
      </w:pPr>
      <w:r>
        <w:rPr>
          <w:b w:val="0"/>
          <w:i w:val="0"/>
        </w:rPr>
        <w:t>Who saw the work clearly enough to speak to some part of it?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1242"/>
        <w:gridCol w:w="2040"/>
        <w:gridCol w:w="1153"/>
        <w:gridCol w:w="1951"/>
        <w:gridCol w:w="2394"/>
        <w:gridCol w:w="1153"/>
      </w:tblGrid>
      <w:tr>
        <w:trPr>
          <w:cantSplit/>
          <w:trHeight w:val="432" w:hRule="atLeast"/>
          <w:tblHeader/>
        </w:trPr>
        <w:tc>
          <w:tcPr>
            <w:tcW w:type="dxa" w:w="1243"/>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Witness / Role</w:t>
            </w:r>
          </w:p>
        </w:tc>
        <w:tc>
          <w:tcPr>
            <w:tcW w:type="dxa" w:w="2040"/>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Relationship to Project</w:t>
            </w:r>
          </w:p>
        </w:tc>
        <w:tc>
          <w:tcPr>
            <w:tcW w:type="dxa" w:w="1153"/>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What They Saw</w:t>
            </w:r>
          </w:p>
        </w:tc>
        <w:tc>
          <w:tcPr>
            <w:tcW w:type="dxa" w:w="1951"/>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Claim They May Support</w:t>
            </w:r>
          </w:p>
        </w:tc>
        <w:tc>
          <w:tcPr>
            <w:tcW w:type="dxa" w:w="239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Contact / Permission Status</w:t>
            </w:r>
          </w:p>
        </w:tc>
        <w:tc>
          <w:tcPr>
            <w:tcW w:type="dxa" w:w="1153"/>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Notes</w:t>
            </w:r>
          </w:p>
        </w:tc>
      </w:tr>
      <w:tr>
        <w:trPr>
          <w:cantSplit/>
          <w:trHeight w:val="518" w:hRule="atLeast"/>
        </w:trPr>
        <w:tc>
          <w:tcPr>
            <w:tcW w:type="dxa" w:w="1243"/>
            <w:tcBorders>
              <w:top w:val="single" w:sz="4" w:space="0" w:color="9AA5B1"/>
              <w:left w:val="single" w:sz="4" w:space="0" w:color="9AA5B1"/>
              <w:bottom w:val="single" w:sz="4" w:space="0" w:color="9AA5B1"/>
              <w:right w:val="single" w:sz="4" w:space="0" w:color="9AA5B1"/>
            </w:tcBorders>
          </w:tcPr>
          <w:p>
            <w:pPr>
              <w:spacing w:before="0" w:after="0"/>
            </w:pPr>
          </w:p>
        </w:tc>
        <w:tc>
          <w:tcPr>
            <w:tcW w:type="dxa" w:w="2040"/>
            <w:tcBorders>
              <w:top w:val="single" w:sz="4" w:space="0" w:color="9AA5B1"/>
              <w:left w:val="single" w:sz="4" w:space="0" w:color="9AA5B1"/>
              <w:bottom w:val="single" w:sz="4" w:space="0" w:color="9AA5B1"/>
              <w:right w:val="single" w:sz="4" w:space="0" w:color="9AA5B1"/>
            </w:tcBorders>
          </w:tcPr>
          <w:p>
            <w:pPr>
              <w:spacing w:before="0" w:after="0"/>
            </w:pPr>
          </w:p>
        </w:tc>
        <w:tc>
          <w:tcPr>
            <w:tcW w:type="dxa" w:w="1153"/>
            <w:tcBorders>
              <w:top w:val="single" w:sz="4" w:space="0" w:color="9AA5B1"/>
              <w:left w:val="single" w:sz="4" w:space="0" w:color="9AA5B1"/>
              <w:bottom w:val="single" w:sz="4" w:space="0" w:color="9AA5B1"/>
              <w:right w:val="single" w:sz="4" w:space="0" w:color="9AA5B1"/>
            </w:tcBorders>
          </w:tcPr>
          <w:p>
            <w:pPr>
              <w:spacing w:before="0" w:after="0"/>
            </w:pPr>
          </w:p>
        </w:tc>
        <w:tc>
          <w:tcPr>
            <w:tcW w:type="dxa" w:w="1951"/>
            <w:tcBorders>
              <w:top w:val="single" w:sz="4" w:space="0" w:color="9AA5B1"/>
              <w:left w:val="single" w:sz="4" w:space="0" w:color="9AA5B1"/>
              <w:bottom w:val="single" w:sz="4" w:space="0" w:color="9AA5B1"/>
              <w:right w:val="single" w:sz="4" w:space="0" w:color="9AA5B1"/>
            </w:tcBorders>
          </w:tcPr>
          <w:p>
            <w:pPr>
              <w:spacing w:before="0" w:after="0"/>
            </w:pPr>
          </w:p>
        </w:tc>
        <w:tc>
          <w:tcPr>
            <w:tcW w:type="dxa" w:w="2395"/>
            <w:tcBorders>
              <w:top w:val="single" w:sz="4" w:space="0" w:color="9AA5B1"/>
              <w:left w:val="single" w:sz="4" w:space="0" w:color="9AA5B1"/>
              <w:bottom w:val="single" w:sz="4" w:space="0" w:color="9AA5B1"/>
              <w:right w:val="single" w:sz="4" w:space="0" w:color="9AA5B1"/>
            </w:tcBorders>
          </w:tcPr>
          <w:p>
            <w:pPr>
              <w:spacing w:before="0" w:after="0"/>
            </w:pPr>
          </w:p>
        </w:tc>
        <w:tc>
          <w:tcPr>
            <w:tcW w:type="dxa" w:w="1153"/>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43"/>
            <w:tcBorders>
              <w:top w:val="single" w:sz="4" w:space="0" w:color="9AA5B1"/>
              <w:left w:val="single" w:sz="4" w:space="0" w:color="9AA5B1"/>
              <w:bottom w:val="single" w:sz="4" w:space="0" w:color="9AA5B1"/>
              <w:right w:val="single" w:sz="4" w:space="0" w:color="9AA5B1"/>
            </w:tcBorders>
          </w:tcPr>
          <w:p>
            <w:pPr>
              <w:spacing w:before="0" w:after="0"/>
            </w:pPr>
          </w:p>
        </w:tc>
        <w:tc>
          <w:tcPr>
            <w:tcW w:type="dxa" w:w="2040"/>
            <w:tcBorders>
              <w:top w:val="single" w:sz="4" w:space="0" w:color="9AA5B1"/>
              <w:left w:val="single" w:sz="4" w:space="0" w:color="9AA5B1"/>
              <w:bottom w:val="single" w:sz="4" w:space="0" w:color="9AA5B1"/>
              <w:right w:val="single" w:sz="4" w:space="0" w:color="9AA5B1"/>
            </w:tcBorders>
          </w:tcPr>
          <w:p>
            <w:pPr>
              <w:spacing w:before="0" w:after="0"/>
            </w:pPr>
          </w:p>
        </w:tc>
        <w:tc>
          <w:tcPr>
            <w:tcW w:type="dxa" w:w="1153"/>
            <w:tcBorders>
              <w:top w:val="single" w:sz="4" w:space="0" w:color="9AA5B1"/>
              <w:left w:val="single" w:sz="4" w:space="0" w:color="9AA5B1"/>
              <w:bottom w:val="single" w:sz="4" w:space="0" w:color="9AA5B1"/>
              <w:right w:val="single" w:sz="4" w:space="0" w:color="9AA5B1"/>
            </w:tcBorders>
          </w:tcPr>
          <w:p>
            <w:pPr>
              <w:spacing w:before="0" w:after="0"/>
            </w:pPr>
          </w:p>
        </w:tc>
        <w:tc>
          <w:tcPr>
            <w:tcW w:type="dxa" w:w="1951"/>
            <w:tcBorders>
              <w:top w:val="single" w:sz="4" w:space="0" w:color="9AA5B1"/>
              <w:left w:val="single" w:sz="4" w:space="0" w:color="9AA5B1"/>
              <w:bottom w:val="single" w:sz="4" w:space="0" w:color="9AA5B1"/>
              <w:right w:val="single" w:sz="4" w:space="0" w:color="9AA5B1"/>
            </w:tcBorders>
          </w:tcPr>
          <w:p>
            <w:pPr>
              <w:spacing w:before="0" w:after="0"/>
            </w:pPr>
          </w:p>
        </w:tc>
        <w:tc>
          <w:tcPr>
            <w:tcW w:type="dxa" w:w="2395"/>
            <w:tcBorders>
              <w:top w:val="single" w:sz="4" w:space="0" w:color="9AA5B1"/>
              <w:left w:val="single" w:sz="4" w:space="0" w:color="9AA5B1"/>
              <w:bottom w:val="single" w:sz="4" w:space="0" w:color="9AA5B1"/>
              <w:right w:val="single" w:sz="4" w:space="0" w:color="9AA5B1"/>
            </w:tcBorders>
          </w:tcPr>
          <w:p>
            <w:pPr>
              <w:spacing w:before="0" w:after="0"/>
            </w:pPr>
          </w:p>
        </w:tc>
        <w:tc>
          <w:tcPr>
            <w:tcW w:type="dxa" w:w="1153"/>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43"/>
            <w:tcBorders>
              <w:top w:val="single" w:sz="4" w:space="0" w:color="9AA5B1"/>
              <w:left w:val="single" w:sz="4" w:space="0" w:color="9AA5B1"/>
              <w:bottom w:val="single" w:sz="4" w:space="0" w:color="9AA5B1"/>
              <w:right w:val="single" w:sz="4" w:space="0" w:color="9AA5B1"/>
            </w:tcBorders>
          </w:tcPr>
          <w:p>
            <w:pPr>
              <w:spacing w:before="0" w:after="0"/>
            </w:pPr>
          </w:p>
        </w:tc>
        <w:tc>
          <w:tcPr>
            <w:tcW w:type="dxa" w:w="2040"/>
            <w:tcBorders>
              <w:top w:val="single" w:sz="4" w:space="0" w:color="9AA5B1"/>
              <w:left w:val="single" w:sz="4" w:space="0" w:color="9AA5B1"/>
              <w:bottom w:val="single" w:sz="4" w:space="0" w:color="9AA5B1"/>
              <w:right w:val="single" w:sz="4" w:space="0" w:color="9AA5B1"/>
            </w:tcBorders>
          </w:tcPr>
          <w:p>
            <w:pPr>
              <w:spacing w:before="0" w:after="0"/>
            </w:pPr>
          </w:p>
        </w:tc>
        <w:tc>
          <w:tcPr>
            <w:tcW w:type="dxa" w:w="1153"/>
            <w:tcBorders>
              <w:top w:val="single" w:sz="4" w:space="0" w:color="9AA5B1"/>
              <w:left w:val="single" w:sz="4" w:space="0" w:color="9AA5B1"/>
              <w:bottom w:val="single" w:sz="4" w:space="0" w:color="9AA5B1"/>
              <w:right w:val="single" w:sz="4" w:space="0" w:color="9AA5B1"/>
            </w:tcBorders>
          </w:tcPr>
          <w:p>
            <w:pPr>
              <w:spacing w:before="0" w:after="0"/>
            </w:pPr>
          </w:p>
        </w:tc>
        <w:tc>
          <w:tcPr>
            <w:tcW w:type="dxa" w:w="1951"/>
            <w:tcBorders>
              <w:top w:val="single" w:sz="4" w:space="0" w:color="9AA5B1"/>
              <w:left w:val="single" w:sz="4" w:space="0" w:color="9AA5B1"/>
              <w:bottom w:val="single" w:sz="4" w:space="0" w:color="9AA5B1"/>
              <w:right w:val="single" w:sz="4" w:space="0" w:color="9AA5B1"/>
            </w:tcBorders>
          </w:tcPr>
          <w:p>
            <w:pPr>
              <w:spacing w:before="0" w:after="0"/>
            </w:pPr>
          </w:p>
        </w:tc>
        <w:tc>
          <w:tcPr>
            <w:tcW w:type="dxa" w:w="2395"/>
            <w:tcBorders>
              <w:top w:val="single" w:sz="4" w:space="0" w:color="9AA5B1"/>
              <w:left w:val="single" w:sz="4" w:space="0" w:color="9AA5B1"/>
              <w:bottom w:val="single" w:sz="4" w:space="0" w:color="9AA5B1"/>
              <w:right w:val="single" w:sz="4" w:space="0" w:color="9AA5B1"/>
            </w:tcBorders>
          </w:tcPr>
          <w:p>
            <w:pPr>
              <w:spacing w:before="0" w:after="0"/>
            </w:pPr>
          </w:p>
        </w:tc>
        <w:tc>
          <w:tcPr>
            <w:tcW w:type="dxa" w:w="1153"/>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43"/>
            <w:tcBorders>
              <w:top w:val="single" w:sz="4" w:space="0" w:color="9AA5B1"/>
              <w:left w:val="single" w:sz="4" w:space="0" w:color="9AA5B1"/>
              <w:bottom w:val="single" w:sz="4" w:space="0" w:color="9AA5B1"/>
              <w:right w:val="single" w:sz="4" w:space="0" w:color="9AA5B1"/>
            </w:tcBorders>
          </w:tcPr>
          <w:p>
            <w:pPr>
              <w:spacing w:before="0" w:after="0"/>
            </w:pPr>
          </w:p>
        </w:tc>
        <w:tc>
          <w:tcPr>
            <w:tcW w:type="dxa" w:w="2040"/>
            <w:tcBorders>
              <w:top w:val="single" w:sz="4" w:space="0" w:color="9AA5B1"/>
              <w:left w:val="single" w:sz="4" w:space="0" w:color="9AA5B1"/>
              <w:bottom w:val="single" w:sz="4" w:space="0" w:color="9AA5B1"/>
              <w:right w:val="single" w:sz="4" w:space="0" w:color="9AA5B1"/>
            </w:tcBorders>
          </w:tcPr>
          <w:p>
            <w:pPr>
              <w:spacing w:before="0" w:after="0"/>
            </w:pPr>
          </w:p>
        </w:tc>
        <w:tc>
          <w:tcPr>
            <w:tcW w:type="dxa" w:w="1153"/>
            <w:tcBorders>
              <w:top w:val="single" w:sz="4" w:space="0" w:color="9AA5B1"/>
              <w:left w:val="single" w:sz="4" w:space="0" w:color="9AA5B1"/>
              <w:bottom w:val="single" w:sz="4" w:space="0" w:color="9AA5B1"/>
              <w:right w:val="single" w:sz="4" w:space="0" w:color="9AA5B1"/>
            </w:tcBorders>
          </w:tcPr>
          <w:p>
            <w:pPr>
              <w:spacing w:before="0" w:after="0"/>
            </w:pPr>
          </w:p>
        </w:tc>
        <w:tc>
          <w:tcPr>
            <w:tcW w:type="dxa" w:w="1951"/>
            <w:tcBorders>
              <w:top w:val="single" w:sz="4" w:space="0" w:color="9AA5B1"/>
              <w:left w:val="single" w:sz="4" w:space="0" w:color="9AA5B1"/>
              <w:bottom w:val="single" w:sz="4" w:space="0" w:color="9AA5B1"/>
              <w:right w:val="single" w:sz="4" w:space="0" w:color="9AA5B1"/>
            </w:tcBorders>
          </w:tcPr>
          <w:p>
            <w:pPr>
              <w:spacing w:before="0" w:after="0"/>
            </w:pPr>
          </w:p>
        </w:tc>
        <w:tc>
          <w:tcPr>
            <w:tcW w:type="dxa" w:w="2395"/>
            <w:tcBorders>
              <w:top w:val="single" w:sz="4" w:space="0" w:color="9AA5B1"/>
              <w:left w:val="single" w:sz="4" w:space="0" w:color="9AA5B1"/>
              <w:bottom w:val="single" w:sz="4" w:space="0" w:color="9AA5B1"/>
              <w:right w:val="single" w:sz="4" w:space="0" w:color="9AA5B1"/>
            </w:tcBorders>
          </w:tcPr>
          <w:p>
            <w:pPr>
              <w:spacing w:before="0" w:after="0"/>
            </w:pPr>
          </w:p>
        </w:tc>
        <w:tc>
          <w:tcPr>
            <w:tcW w:type="dxa" w:w="1153"/>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43"/>
            <w:tcBorders>
              <w:top w:val="single" w:sz="4" w:space="0" w:color="9AA5B1"/>
              <w:left w:val="single" w:sz="4" w:space="0" w:color="9AA5B1"/>
              <w:bottom w:val="single" w:sz="4" w:space="0" w:color="9AA5B1"/>
              <w:right w:val="single" w:sz="4" w:space="0" w:color="9AA5B1"/>
            </w:tcBorders>
          </w:tcPr>
          <w:p>
            <w:pPr>
              <w:spacing w:before="0" w:after="0"/>
            </w:pPr>
          </w:p>
        </w:tc>
        <w:tc>
          <w:tcPr>
            <w:tcW w:type="dxa" w:w="2040"/>
            <w:tcBorders>
              <w:top w:val="single" w:sz="4" w:space="0" w:color="9AA5B1"/>
              <w:left w:val="single" w:sz="4" w:space="0" w:color="9AA5B1"/>
              <w:bottom w:val="single" w:sz="4" w:space="0" w:color="9AA5B1"/>
              <w:right w:val="single" w:sz="4" w:space="0" w:color="9AA5B1"/>
            </w:tcBorders>
          </w:tcPr>
          <w:p>
            <w:pPr>
              <w:spacing w:before="0" w:after="0"/>
            </w:pPr>
          </w:p>
        </w:tc>
        <w:tc>
          <w:tcPr>
            <w:tcW w:type="dxa" w:w="1153"/>
            <w:tcBorders>
              <w:top w:val="single" w:sz="4" w:space="0" w:color="9AA5B1"/>
              <w:left w:val="single" w:sz="4" w:space="0" w:color="9AA5B1"/>
              <w:bottom w:val="single" w:sz="4" w:space="0" w:color="9AA5B1"/>
              <w:right w:val="single" w:sz="4" w:space="0" w:color="9AA5B1"/>
            </w:tcBorders>
          </w:tcPr>
          <w:p>
            <w:pPr>
              <w:spacing w:before="0" w:after="0"/>
            </w:pPr>
          </w:p>
        </w:tc>
        <w:tc>
          <w:tcPr>
            <w:tcW w:type="dxa" w:w="1951"/>
            <w:tcBorders>
              <w:top w:val="single" w:sz="4" w:space="0" w:color="9AA5B1"/>
              <w:left w:val="single" w:sz="4" w:space="0" w:color="9AA5B1"/>
              <w:bottom w:val="single" w:sz="4" w:space="0" w:color="9AA5B1"/>
              <w:right w:val="single" w:sz="4" w:space="0" w:color="9AA5B1"/>
            </w:tcBorders>
          </w:tcPr>
          <w:p>
            <w:pPr>
              <w:spacing w:before="0" w:after="0"/>
            </w:pPr>
          </w:p>
        </w:tc>
        <w:tc>
          <w:tcPr>
            <w:tcW w:type="dxa" w:w="2395"/>
            <w:tcBorders>
              <w:top w:val="single" w:sz="4" w:space="0" w:color="9AA5B1"/>
              <w:left w:val="single" w:sz="4" w:space="0" w:color="9AA5B1"/>
              <w:bottom w:val="single" w:sz="4" w:space="0" w:color="9AA5B1"/>
              <w:right w:val="single" w:sz="4" w:space="0" w:color="9AA5B1"/>
            </w:tcBorders>
          </w:tcPr>
          <w:p>
            <w:pPr>
              <w:spacing w:before="0" w:after="0"/>
            </w:pPr>
          </w:p>
        </w:tc>
        <w:tc>
          <w:tcPr>
            <w:tcW w:type="dxa" w:w="1153"/>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pStyle w:val="Heading2"/>
      </w:pPr>
      <w:r>
        <w:rPr>
          <w:b/>
          <w:i w:val="0"/>
        </w:rPr>
        <w:t>Feedback</w:t>
      </w:r>
    </w:p>
    <w:p>
      <w:pPr>
        <w:spacing w:before="0" w:after="120"/>
      </w:pPr>
      <w:r>
        <w:rPr>
          <w:b w:val="0"/>
          <w:i w:val="0"/>
        </w:rPr>
        <w:t>What feedback did you receive during or after the project?</w:t>
      </w:r>
    </w:p>
    <w:p>
      <w:pPr>
        <w:spacing w:before="0" w:after="120"/>
      </w:pPr>
      <w:r>
        <w:rPr>
          <w:b w:val="0"/>
          <w:i w:val="0"/>
        </w:rPr>
        <w:t>Include formal, informal, positive, corrective, customer, peer, manager, stakeholder, or user feedback.</w:t>
      </w:r>
    </w:p>
    <w:tbl>
      <w:tblPr>
        <w:tblW w:w="9934" w:type="dxa"/>
        <w:jc w:val="center"/>
        <w:tblLayout w:type="fixed"/>
        <w:tblCellMar>
          <w:top w:w="60" w:type="dxa"/>
          <w:left w:w="90" w:type="dxa"/>
          <w:bottom w:w="60" w:type="dxa"/>
          <w:right w:w="90" w:type="dxa"/>
        </w:tblCellMar>
        <w:tblLook w:firstColumn="1" w:firstRow="1" w:lastColumn="0" w:lastRow="0" w:noHBand="0" w:noVBand="1" w:val="04A0"/>
      </w:tblPr>
      <w:tblGrid>
        <w:gridCol w:w="1045"/>
        <w:gridCol w:w="1045"/>
        <w:gridCol w:w="1699"/>
        <w:gridCol w:w="1045"/>
        <w:gridCol w:w="3268"/>
        <w:gridCol w:w="1830"/>
      </w:tblGrid>
      <w:tr>
        <w:trPr>
          <w:cantSplit/>
          <w:trHeight w:val="432" w:hRule="atLeast"/>
          <w:tblHeader/>
        </w:trPr>
        <w:tc>
          <w:tcPr>
            <w:tcW w:type="dxa" w:w="104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Feedback</w:t>
            </w:r>
          </w:p>
        </w:tc>
        <w:tc>
          <w:tcPr>
            <w:tcW w:type="dxa" w:w="104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Source</w:t>
            </w:r>
          </w:p>
        </w:tc>
        <w:tc>
          <w:tcPr>
            <w:tcW w:type="dxa" w:w="169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Date / Period</w:t>
            </w:r>
          </w:p>
        </w:tc>
        <w:tc>
          <w:tcPr>
            <w:tcW w:type="dxa" w:w="104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Context</w:t>
            </w:r>
          </w:p>
        </w:tc>
        <w:tc>
          <w:tcPr>
            <w:tcW w:type="dxa" w:w="326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Claim or Lesson Supported</w:t>
            </w:r>
          </w:p>
        </w:tc>
        <w:tc>
          <w:tcPr>
            <w:tcW w:type="dxa" w:w="1830"/>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Status</w:t>
            </w:r>
          </w:p>
        </w:tc>
      </w:tr>
      <w:tr>
        <w:trPr>
          <w:cantSplit/>
          <w:trHeight w:val="518" w:hRule="atLeast"/>
        </w:trPr>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699"/>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3269"/>
            <w:tcBorders>
              <w:top w:val="single" w:sz="4" w:space="0" w:color="9AA5B1"/>
              <w:left w:val="single" w:sz="4" w:space="0" w:color="9AA5B1"/>
              <w:bottom w:val="single" w:sz="4" w:space="0" w:color="9AA5B1"/>
              <w:right w:val="single" w:sz="4" w:space="0" w:color="9AA5B1"/>
            </w:tcBorders>
          </w:tcPr>
          <w:p>
            <w:pPr>
              <w:spacing w:before="0" w:after="0"/>
            </w:pPr>
          </w:p>
        </w:tc>
        <w:tc>
          <w:tcPr>
            <w:tcW w:type="dxa" w:w="1830"/>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699"/>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3269"/>
            <w:tcBorders>
              <w:top w:val="single" w:sz="4" w:space="0" w:color="9AA5B1"/>
              <w:left w:val="single" w:sz="4" w:space="0" w:color="9AA5B1"/>
              <w:bottom w:val="single" w:sz="4" w:space="0" w:color="9AA5B1"/>
              <w:right w:val="single" w:sz="4" w:space="0" w:color="9AA5B1"/>
            </w:tcBorders>
          </w:tcPr>
          <w:p>
            <w:pPr>
              <w:spacing w:before="0" w:after="0"/>
            </w:pPr>
          </w:p>
        </w:tc>
        <w:tc>
          <w:tcPr>
            <w:tcW w:type="dxa" w:w="1830"/>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699"/>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3269"/>
            <w:tcBorders>
              <w:top w:val="single" w:sz="4" w:space="0" w:color="9AA5B1"/>
              <w:left w:val="single" w:sz="4" w:space="0" w:color="9AA5B1"/>
              <w:bottom w:val="single" w:sz="4" w:space="0" w:color="9AA5B1"/>
              <w:right w:val="single" w:sz="4" w:space="0" w:color="9AA5B1"/>
            </w:tcBorders>
          </w:tcPr>
          <w:p>
            <w:pPr>
              <w:spacing w:before="0" w:after="0"/>
            </w:pPr>
          </w:p>
        </w:tc>
        <w:tc>
          <w:tcPr>
            <w:tcW w:type="dxa" w:w="1830"/>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699"/>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3269"/>
            <w:tcBorders>
              <w:top w:val="single" w:sz="4" w:space="0" w:color="9AA5B1"/>
              <w:left w:val="single" w:sz="4" w:space="0" w:color="9AA5B1"/>
              <w:bottom w:val="single" w:sz="4" w:space="0" w:color="9AA5B1"/>
              <w:right w:val="single" w:sz="4" w:space="0" w:color="9AA5B1"/>
            </w:tcBorders>
          </w:tcPr>
          <w:p>
            <w:pPr>
              <w:spacing w:before="0" w:after="0"/>
            </w:pPr>
          </w:p>
        </w:tc>
        <w:tc>
          <w:tcPr>
            <w:tcW w:type="dxa" w:w="1830"/>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699"/>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3269"/>
            <w:tcBorders>
              <w:top w:val="single" w:sz="4" w:space="0" w:color="9AA5B1"/>
              <w:left w:val="single" w:sz="4" w:space="0" w:color="9AA5B1"/>
              <w:bottom w:val="single" w:sz="4" w:space="0" w:color="9AA5B1"/>
              <w:right w:val="single" w:sz="4" w:space="0" w:color="9AA5B1"/>
            </w:tcBorders>
          </w:tcPr>
          <w:p>
            <w:pPr>
              <w:spacing w:before="0" w:after="0"/>
            </w:pPr>
          </w:p>
        </w:tc>
        <w:tc>
          <w:tcPr>
            <w:tcW w:type="dxa" w:w="1830"/>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pStyle w:val="Heading2"/>
      </w:pPr>
      <w:r>
        <w:rPr>
          <w:b/>
          <w:i w:val="0"/>
        </w:rPr>
        <w:t>Learning</w:t>
      </w:r>
    </w:p>
    <w:p>
      <w:pPr>
        <w:spacing w:before="0" w:after="120"/>
      </w:pPr>
      <w:r>
        <w:rPr>
          <w:b w:val="0"/>
          <w:i w:val="0"/>
        </w:rPr>
        <w:t>What did this project teach you?</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I learned: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I would do differently next time: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Skill or capability strengthened: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Skill or capability still emerging:</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Assumption that changed: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Possible Claims Supported</w:t>
      </w:r>
    </w:p>
    <w:p>
      <w:pPr>
        <w:spacing w:before="0" w:after="120"/>
      </w:pPr>
      <w:r>
        <w:rPr>
          <w:b w:val="0"/>
          <w:i w:val="0"/>
        </w:rPr>
        <w:t>List claims this project may support. Mark status honestly.</w:t>
      </w:r>
    </w:p>
    <w:p>
      <w:pPr>
        <w:spacing w:before="0" w:after="120"/>
      </w:pPr>
      <w:r>
        <w:rPr>
          <w:b w:val="0"/>
          <w:i w:val="0"/>
        </w:rPr>
        <w:t>Claim status options: Proven, Supported, Emerging, Context-dependent, Private, Outdated, Needs verification, Unsupported, Retired.</w:t>
      </w:r>
    </w:p>
    <w:tbl>
      <w:tblPr>
        <w:tblW w:w="9937" w:type="dxa"/>
        <w:jc w:val="center"/>
        <w:tblLayout w:type="fixed"/>
        <w:tblCellMar>
          <w:top w:w="60" w:type="dxa"/>
          <w:left w:w="90" w:type="dxa"/>
          <w:bottom w:w="60" w:type="dxa"/>
          <w:right w:w="90" w:type="dxa"/>
        </w:tblCellMar>
        <w:tblLook w:firstColumn="1" w:firstRow="1" w:lastColumn="0" w:lastRow="0" w:noHBand="0" w:noVBand="1" w:val="04A0"/>
      </w:tblPr>
      <w:tblGrid>
        <w:gridCol w:w="1736"/>
        <w:gridCol w:w="1006"/>
        <w:gridCol w:w="1736"/>
        <w:gridCol w:w="1488"/>
        <w:gridCol w:w="1736"/>
        <w:gridCol w:w="2232"/>
      </w:tblGrid>
      <w:tr>
        <w:trPr>
          <w:cantSplit/>
          <w:trHeight w:val="432" w:hRule="atLeast"/>
          <w:tblHeader/>
        </w:trPr>
        <w:tc>
          <w:tcPr>
            <w:tcW w:type="dxa" w:w="173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Possible Claim</w:t>
            </w:r>
          </w:p>
        </w:tc>
        <w:tc>
          <w:tcPr>
            <w:tcW w:type="dxa" w:w="100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Evidence</w:t>
            </w:r>
          </w:p>
        </w:tc>
        <w:tc>
          <w:tcPr>
            <w:tcW w:type="dxa" w:w="173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Context Needed</w:t>
            </w:r>
          </w:p>
        </w:tc>
        <w:tc>
          <w:tcPr>
            <w:tcW w:type="dxa" w:w="148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Claim Status</w:t>
            </w:r>
          </w:p>
        </w:tc>
        <w:tc>
          <w:tcPr>
            <w:tcW w:type="dxa" w:w="173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Limits</w:t>
            </w:r>
          </w:p>
        </w:tc>
        <w:tc>
          <w:tcPr>
            <w:tcW w:type="dxa" w:w="2232"/>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Possible Rendering</w:t>
            </w:r>
          </w:p>
        </w:tc>
      </w:tr>
      <w:tr>
        <w:trPr>
          <w:cantSplit/>
          <w:trHeight w:val="518" w:hRule="atLeast"/>
        </w:trPr>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007"/>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489"/>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2232"/>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007"/>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489"/>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2232"/>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007"/>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489"/>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2232"/>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007"/>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489"/>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2232"/>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007"/>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489"/>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2232"/>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pStyle w:val="Heading2"/>
      </w:pPr>
      <w:r>
        <w:rPr>
          <w:b/>
          <w:i w:val="0"/>
        </w:rPr>
        <w:t>Privacy Limits</w:t>
      </w:r>
    </w:p>
    <w:p>
      <w:pPr>
        <w:spacing w:before="0" w:after="120"/>
      </w:pPr>
      <w:r>
        <w:rPr>
          <w:b w:val="0"/>
          <w:i w:val="0"/>
        </w:rPr>
        <w:t>What details cannot be shared directly?</w:t>
      </w:r>
    </w:p>
    <w:p>
      <w:pPr>
        <w:spacing w:before="0" w:after="120"/>
      </w:pPr>
      <w:r>
        <w:rPr>
          <w:b w:val="0"/>
          <w:i w:val="0"/>
        </w:rPr>
        <w:t>Consider employer-owned material, proprietary information, client/customer data, patient/student information, personnel issues, classified or sensitive work, internal strategy, private family/caregiving details, names, metrics, or anything involving other people’s private circumstances.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Do not share directly: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Can summarize safely as: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Requires permission before use: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Private only: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Do not use externally: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Public-Safe Version</w:t>
      </w:r>
    </w:p>
    <w:p>
      <w:pPr>
        <w:spacing w:before="0" w:after="120"/>
      </w:pPr>
      <w:r>
        <w:rPr>
          <w:b w:val="0"/>
          <w:i w:val="0"/>
        </w:rPr>
        <w:t>Write a version that preserves professional meaning without exposing protected details.</w:t>
      </w:r>
    </w:p>
    <w:p>
      <w:pPr>
        <w:keepNext/>
        <w:spacing w:before="0" w:after="60"/>
      </w:pPr>
      <w:r>
        <w:rPr>
          <w:b w:val="0"/>
          <w:i w:val="0"/>
        </w:rPr>
        <w:t>Use this structure:</w:t>
      </w:r>
    </w:p>
    <w:p>
      <w:pPr>
        <w:spacing w:before="0" w:after="120"/>
      </w:pPr>
      <w:r>
        <w:rPr>
          <w:b w:val="0"/>
          <w:i w:val="0"/>
        </w:rPr>
        <w:t>“In a [general setting], I [role/action] to address [general problem or need], while protecting [privacy boundary]. This supports a claim about [capability/contribution/judgment].”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Public-Safe Version: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AI Assistance, If Any</w:t>
      </w:r>
    </w:p>
    <w:p>
      <w:pPr>
        <w:spacing w:before="0" w:after="120"/>
      </w:pPr>
      <w:r>
        <w:rPr>
          <w:b w:val="0"/>
          <w:i w:val="0"/>
        </w:rPr>
        <w:t>Did AI materially help create, summarize, analyze, translate, or render any material related to this project?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AI tool used: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Purpose: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material provided: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status of source material:</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Output accepted, edited, or rejected: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Claims checked against evidence:</w:t>
            </w:r>
            <w:r>
              <w:rPr>
                <w:b w:val="0"/>
                <w:i/>
                <w:color w:val="5A636E"/>
                <w:sz w:val="18"/>
              </w:rPr>
              <w:t xml:space="preserve"> Yes / No</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check complete:</w:t>
            </w:r>
            <w:r>
              <w:rPr>
                <w:b w:val="0"/>
                <w:i/>
                <w:color w:val="5A636E"/>
                <w:sz w:val="18"/>
              </w:rPr>
              <w:t xml:space="preserve"> Yes / No</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Final human-approved version location:</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Possible Renderings</w:t>
      </w:r>
    </w:p>
    <w:p>
      <w:pPr>
        <w:keepNext/>
        <w:spacing w:before="0" w:after="60"/>
      </w:pPr>
      <w:r>
        <w:rPr>
          <w:b w:val="0"/>
          <w:i w:val="0"/>
        </w:rPr>
        <w:t>Where might this project record be used later?</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Resume bullet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LinkedIn/profile section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Short bio</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Interview story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Promotion packet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Performance review</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Internal mobility narrative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Consulting proposal</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Portfolio/case study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Capability statement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Transition narrative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Reference prompt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Private confidence record only</w:t>
      </w:r>
    </w:p>
    <w:p>
      <w:pPr>
        <w:pStyle w:val="Heading2"/>
      </w:pPr>
      <w:r>
        <w:rPr>
          <w:b/>
          <w:i w:val="0"/>
        </w:rPr>
        <w:t>Five-Sentence Project Summary</w:t>
      </w:r>
    </w:p>
    <w:p>
      <w:pPr>
        <w:spacing w:before="0" w:after="120"/>
      </w:pPr>
      <w:r>
        <w:rPr>
          <w:b w:val="0"/>
          <w:i w:val="0"/>
        </w:rPr>
        <w:t>Write a short summary from the source material.</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1:</w:t>
            </w:r>
            <w:r>
              <w:rPr>
                <w:b w:val="0"/>
                <w:i/>
                <w:color w:val="5A636E"/>
                <w:sz w:val="18"/>
              </w:rPr>
              <w:t xml:space="preserve"> What situation created the need for the project.</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2:</w:t>
            </w:r>
            <w:r>
              <w:rPr>
                <w:b w:val="0"/>
                <w:i/>
                <w:color w:val="5A636E"/>
                <w:sz w:val="18"/>
              </w:rPr>
              <w:t xml:space="preserve"> What the project was meant to accomplish.</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3:</w:t>
            </w:r>
            <w:r>
              <w:rPr>
                <w:b w:val="0"/>
                <w:i/>
                <w:color w:val="5A636E"/>
                <w:sz w:val="18"/>
              </w:rPr>
              <w:t xml:space="preserve"> What your role was.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4:</w:t>
            </w:r>
            <w:r>
              <w:rPr>
                <w:b w:val="0"/>
                <w:i/>
                <w:color w:val="5A636E"/>
                <w:sz w:val="18"/>
              </w:rPr>
              <w:t xml:space="preserve"> What action, decision, or contribution mattered most.</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5:</w:t>
            </w:r>
            <w:r>
              <w:rPr>
                <w:b w:val="0"/>
                <w:i/>
                <w:color w:val="5A636E"/>
                <w:sz w:val="18"/>
              </w:rPr>
              <w:t xml:space="preserve"> What changed, what was learned, or what claim the project now supports.</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Project Summary: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Rendered Claim Draft</w:t>
      </w:r>
    </w:p>
    <w:p>
      <w:pPr>
        <w:spacing w:before="0" w:after="120"/>
      </w:pPr>
      <w:r>
        <w:rPr>
          <w:b w:val="0"/>
          <w:i w:val="0"/>
        </w:rPr>
        <w:t>Write one possible claim from this project.</w:t>
      </w:r>
    </w:p>
    <w:p>
      <w:pPr>
        <w:spacing w:before="0" w:after="120"/>
      </w:pPr>
      <w:r>
        <w:rPr>
          <w:b w:val="0"/>
          <w:i w:val="0"/>
        </w:rPr>
        <w:t>This project may support the claim that I can __________ under conditions of __________.</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Rendered Claim Draft: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Final Checks</w:t>
      </w:r>
    </w:p>
    <w:p>
      <w:pPr>
        <w:spacing w:before="0" w:after="120"/>
      </w:pPr>
      <w:r>
        <w:rPr>
          <w:b w:val="0"/>
          <w:i w:val="0"/>
        </w:rPr>
        <w:t>Answer these before using the project record in a public or semi-public surface.</w:t>
      </w:r>
    </w:p>
    <w:p>
      <w:pPr>
        <w:keepNext/>
        <w:spacing w:before="0" w:after="40"/>
      </w:pPr>
      <w:r>
        <w:rPr>
          <w:b w:val="0"/>
          <w:i w:val="0"/>
        </w:rPr>
        <w:t>What would someone misunderstand if they saw only the final deliverable?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part of my role needs the most precise language?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evidence supports the project best?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evidence is missing or needs verification?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privacy boundary governs any future use?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is the strongest truthful claim this project supports?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claim would overstate the project?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is the next surface this project record could help create?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Privacy Status Quick Reference</w:t>
      </w:r>
    </w:p>
    <w:p>
      <w:pPr>
        <w:spacing w:before="0" w:after="120"/>
      </w:pPr>
      <w:r>
        <w:rPr>
          <w:b/>
          <w:i w:val="0"/>
        </w:rPr>
        <w:t>Public</w:t>
      </w:r>
      <w:r>
        <w:rPr>
          <w:b w:val="0"/>
          <w:i w:val="0"/>
        </w:rPr>
        <w:t xml:space="preserve"> — safe to share or already public.</w:t>
      </w:r>
      <w:r>
        <w:br/>
      </w:r>
      <w:r>
        <w:rPr>
          <w:b/>
          <w:i w:val="0"/>
        </w:rPr>
        <w:t>Shareable with care</w:t>
      </w:r>
      <w:r>
        <w:rPr>
          <w:b w:val="0"/>
          <w:i w:val="0"/>
        </w:rPr>
        <w:t xml:space="preserve"> — usable in certain contexts with limits.</w:t>
      </w:r>
      <w:r>
        <w:br/>
      </w:r>
      <w:r>
        <w:rPr>
          <w:b/>
          <w:i w:val="0"/>
        </w:rPr>
        <w:t>Summary only</w:t>
      </w:r>
      <w:r>
        <w:rPr>
          <w:b w:val="0"/>
          <w:i w:val="0"/>
        </w:rPr>
        <w:t xml:space="preserve"> — underlying material should not be shared; describe generally.</w:t>
      </w:r>
      <w:r>
        <w:br/>
      </w:r>
      <w:r>
        <w:rPr>
          <w:b/>
          <w:i w:val="0"/>
        </w:rPr>
        <w:t>Private</w:t>
      </w:r>
      <w:r>
        <w:rPr>
          <w:b w:val="0"/>
          <w:i w:val="0"/>
        </w:rPr>
        <w:t xml:space="preserve"> — useful for memory and preparation only.</w:t>
      </w:r>
      <w:r>
        <w:br/>
      </w:r>
      <w:r>
        <w:rPr>
          <w:b/>
          <w:i w:val="0"/>
        </w:rPr>
        <w:t>Do not use externally</w:t>
      </w:r>
      <w:r>
        <w:rPr>
          <w:b w:val="0"/>
          <w:i w:val="0"/>
        </w:rPr>
        <w:t xml:space="preserve"> — should not be shared or rendered outside the private record.</w:t>
      </w:r>
    </w:p>
    <w:p>
      <w:pPr>
        <w:pStyle w:val="Heading1"/>
      </w:pPr>
      <w:r>
        <w:rPr>
          <w:b/>
          <w:i w:val="0"/>
        </w:rPr>
        <w:t>Claim Status Quick Reference</w:t>
      </w:r>
    </w:p>
    <w:p>
      <w:pPr>
        <w:spacing w:before="0" w:after="120"/>
      </w:pPr>
      <w:r>
        <w:rPr>
          <w:b/>
          <w:i w:val="0"/>
        </w:rPr>
        <w:t>Proven</w:t>
      </w:r>
      <w:r>
        <w:rPr>
          <w:b w:val="0"/>
          <w:i w:val="0"/>
        </w:rPr>
        <w:t xml:space="preserve"> — strong evidence, clear context, current or properly dated, and ready for direct use.</w:t>
      </w:r>
      <w:r>
        <w:br/>
      </w:r>
      <w:r>
        <w:rPr>
          <w:b/>
          <w:i w:val="0"/>
        </w:rPr>
        <w:t>Supported</w:t>
      </w:r>
      <w:r>
        <w:rPr>
          <w:b w:val="0"/>
          <w:i w:val="0"/>
        </w:rPr>
        <w:t xml:space="preserve"> — enough evidence to use carefully, but may need narrower language or more examples.</w:t>
      </w:r>
      <w:r>
        <w:br/>
      </w:r>
      <w:r>
        <w:rPr>
          <w:b/>
          <w:i w:val="0"/>
        </w:rPr>
        <w:t>Emerging</w:t>
      </w:r>
      <w:r>
        <w:rPr>
          <w:b w:val="0"/>
          <w:i w:val="0"/>
        </w:rPr>
        <w:t xml:space="preserve"> — early evidence, learning, or limited practice; should be framed as developing.</w:t>
      </w:r>
      <w:r>
        <w:br/>
      </w:r>
      <w:r>
        <w:rPr>
          <w:b/>
          <w:i w:val="0"/>
        </w:rPr>
        <w:t>Context-dependent</w:t>
      </w:r>
      <w:r>
        <w:rPr>
          <w:b w:val="0"/>
          <w:i w:val="0"/>
        </w:rPr>
        <w:t xml:space="preserve"> — true under specific conditions that should travel with the claim.</w:t>
      </w:r>
      <w:r>
        <w:br/>
      </w:r>
      <w:r>
        <w:rPr>
          <w:b/>
          <w:i w:val="0"/>
        </w:rPr>
        <w:t>Private</w:t>
      </w:r>
      <w:r>
        <w:rPr>
          <w:b w:val="0"/>
          <w:i w:val="0"/>
        </w:rPr>
        <w:t xml:space="preserve"> — true or meaningful, but cannot be shared directly or fully.</w:t>
      </w:r>
      <w:r>
        <w:br/>
      </w:r>
      <w:r>
        <w:rPr>
          <w:b/>
          <w:i w:val="0"/>
        </w:rPr>
        <w:t>Outdated</w:t>
      </w:r>
      <w:r>
        <w:rPr>
          <w:b w:val="0"/>
          <w:i w:val="0"/>
        </w:rPr>
        <w:t xml:space="preserve"> — historically true, but no longer current without qualification.</w:t>
      </w:r>
      <w:r>
        <w:br/>
      </w:r>
      <w:r>
        <w:rPr>
          <w:b/>
          <w:i w:val="0"/>
        </w:rPr>
        <w:t>Needs verification</w:t>
      </w:r>
      <w:r>
        <w:rPr>
          <w:b w:val="0"/>
          <w:i w:val="0"/>
        </w:rPr>
        <w:t xml:space="preserve"> — likely true, but details require confirmation before public use.</w:t>
      </w:r>
      <w:r>
        <w:br/>
      </w:r>
      <w:r>
        <w:rPr>
          <w:b/>
          <w:i w:val="0"/>
        </w:rPr>
        <w:t>Unsupported</w:t>
      </w:r>
      <w:r>
        <w:rPr>
          <w:b w:val="0"/>
          <w:i w:val="0"/>
        </w:rPr>
        <w:t xml:space="preserve"> — not enough evidence; keep private, narrow, or treat as a development goal.</w:t>
      </w:r>
      <w:r>
        <w:br/>
      </w:r>
      <w:r>
        <w:rPr>
          <w:b/>
          <w:i w:val="0"/>
        </w:rPr>
        <w:t>Retired</w:t>
      </w:r>
      <w:r>
        <w:rPr>
          <w:b w:val="0"/>
          <w:i w:val="0"/>
        </w:rPr>
        <w:t xml:space="preserve"> — no longer active in professional surfaces, though it may remain in the record.</w:t>
      </w:r>
    </w:p>
    <w:sectPr w:rsidR="00FC693F" w:rsidRPr="0006063C" w:rsidSect="00034616">
      <w:footerReference w:type="default" r:id="rId9"/>
      <w:pgSz w:w="12240" w:h="15840"/>
      <w:pgMar w:top="1152" w:right="1152" w:bottom="1152" w:left="1152" w:header="720"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b w:val="0"/>
        <w:i w:val="0"/>
        <w:color w:val="5A636E"/>
        <w:sz w:val="18"/>
      </w:rPr>
      <w:t xml:space="preserve">Appendix D: Project Record Template     |     Page </w:t>
    </w:r>
    <w:r>
      <w:rPr>
        <w:color w:val="5A636E"/>
        <w:sz w:val="18"/>
      </w:rPr>
      <w:fldChar w:fldCharType="begin"/>
    </w:r>
    <w:r>
      <w:rPr>
        <w:color w:val="5A636E"/>
        <w:sz w:val="18"/>
      </w:rPr>
      <w:instrText xml:space="preserve"> PAGE </w:instrText>
    </w:r>
    <w:r>
      <w:rPr>
        <w:color w:val="5A636E"/>
        <w:sz w:val="18"/>
      </w:rPr>
      <w:fldChar w:fldCharType="separate"/>
    </w:r>
    <w:r>
      <w:rPr>
        <w:color w:val="5A636E"/>
        <w:sz w:val="18"/>
      </w:rPr>
      <w:t>1</w:t>
    </w:r>
    <w:r>
      <w:rPr>
        <w:color w:val="5A636E"/>
        <w:sz w:val="18"/>
      </w:rPr>
      <w:fldChar w:fldCharType="end"/>
    </w:r>
    <w:r>
      <w:rPr>
        <w:b w:val="0"/>
        <w:i w:val="0"/>
        <w:color w:val="5A636E"/>
        <w:sz w:val="18"/>
      </w:rPr>
      <w:t xml:space="preserve"> of </w:t>
    </w:r>
    <w:r>
      <w:rPr>
        <w:color w:val="5A636E"/>
        <w:sz w:val="18"/>
      </w:rPr>
      <w:fldChar w:fldCharType="begin"/>
    </w:r>
    <w:r>
      <w:rPr>
        <w:color w:val="5A636E"/>
        <w:sz w:val="18"/>
      </w:rPr>
      <w:instrText xml:space="preserve"> NUMPAGES </w:instrText>
    </w:r>
    <w:r>
      <w:rPr>
        <w:color w:val="5A636E"/>
        <w:sz w:val="18"/>
      </w:rPr>
      <w:fldChar w:fldCharType="separate"/>
    </w:r>
    <w:r>
      <w:rPr>
        <w:color w:val="5A636E"/>
        <w:sz w:val="18"/>
      </w:rPr>
      <w:t>1</w:t>
    </w:r>
    <w:r>
      <w:rPr>
        <w:color w:val="5A636E"/>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1F3A5F"/>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eastAsia="Calibri" w:cs="Calibri"/>
      <w:b/>
      <w:bCs/>
      <w:color w:val="1F3A5F"/>
      <w:sz w:val="27"/>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Calibri" w:hAnsi="Calibri" w:eastAsia="Calibri" w:cs="Calibri"/>
      <w:b/>
      <w:bCs/>
      <w:color w:val="1F2A3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Calibri" w:hAnsi="Calibri" w:eastAsia="Calibri" w:cs="Calibri"/>
      <w:b/>
      <w:color w:val="1F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Record Template</dc:title>
  <dc:subject>The Living Professional Record, Book III worksheet, Appendix D</dc:subject>
  <dc:creator>Jeffrey Paul Chamberlain</dc:creator>
  <cp:keywords/>
  <dc:description/>
  <cp:lastModifiedBy/>
  <cp:revision>1</cp:revision>
  <dcterms:created xsi:type="dcterms:W3CDTF">2013-12-23T23:15:00Z</dcterms:created>
  <dcterms:modified xsi:type="dcterms:W3CDTF">2013-12-23T23:15:00Z</dcterms:modified>
  <cp:category/>
</cp:coreProperties>
</file>