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Resume Rendering Worksheet</w:t>
      </w:r>
    </w:p>
    <w:p>
      <w:pPr>
        <w:spacing w:before="0" w:after="160"/>
      </w:pPr>
      <w:r>
        <w:rPr>
          <w:b w:val="0"/>
          <w:i/>
          <w:color w:val="5A636E"/>
          <w:sz w:val="23"/>
        </w:rPr>
        <w:t>From The Living Professional Record, Jeffrey Paul Chamberlain</w:t>
      </w:r>
    </w:p>
    <w:p>
      <w:pPr>
        <w:pBdr>
          <w:top w:val="single" w:sz="4" w:space="6" w:color="9AA5B1"/>
          <w:left w:val="single" w:sz="4" w:space="6" w:color="9AA5B1"/>
          <w:bottom w:val="single" w:sz="4" w:space="6" w:color="9AA5B1"/>
          <w:right w:val="single" w:sz="4" w:space="6" w:color="9AA5B1"/>
        </w:pBdr>
        <w:shd w:val="clear" w:color="auto" w:fill="F2F4F7"/>
        <w:spacing w:before="40" w:after="240"/>
        <w:ind w:left="144" w:right="144"/>
      </w:pPr>
      <w:r>
        <w:rPr>
          <w:b w:val="0"/>
          <w:i w:val="0"/>
          <w:sz w:val="19"/>
        </w:rPr>
        <w:t>Free to use for your own record. These worksheets are for personal organization and reflection. Do not enter confidential employer, client, patient, student or coworker information, or anything you are not allowed to keep or share. Use summary-only placeholders instead. Do not paste restricted material into outside AI tools unless you are authorized and the tool is approved for that use. These worksheets are not legal, employment, financial or career advice, and they do not promise an interview, a job or any other result.</w:t>
      </w:r>
    </w:p>
    <w:p>
      <w:pPr>
        <w:spacing w:before="0" w:after="120"/>
      </w:pPr>
      <w:r>
        <w:rPr>
          <w:b w:val="0"/>
          <w:i w:val="0"/>
        </w:rPr>
        <w:t>A resume is a rendered surface.</w:t>
      </w:r>
    </w:p>
    <w:p>
      <w:pPr>
        <w:spacing w:before="0" w:after="120"/>
      </w:pPr>
      <w:r>
        <w:rPr>
          <w:b w:val="0"/>
          <w:i w:val="0"/>
        </w:rPr>
        <w:t>It should be created from the Living Professional Record, not from panic, memory, or a blank page. Use this worksheet when you need to create or update a resume for a specific role, audience, promotion, internal move, referral, consulting opportunity, or general professional refresh.</w:t>
      </w:r>
    </w:p>
    <w:p>
      <w:pPr>
        <w:spacing w:before="0" w:after="120"/>
      </w:pPr>
      <w:r>
        <w:rPr>
          <w:b w:val="0"/>
          <w:i w:val="0"/>
        </w:rPr>
        <w:t>The purpose is not to write the whole resume at once. The purpose is to select supported claims, connect them to evidence, choose the right context, protect privacy, and render truthful resume language.</w:t>
      </w:r>
    </w:p>
    <w:p>
      <w:pPr>
        <w:pStyle w:val="Heading1"/>
      </w:pPr>
      <w:r>
        <w:rPr>
          <w:b/>
          <w:i w:val="0"/>
        </w:rPr>
        <w:t>Step 1 — Identify the Resume Purpose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Resume purpose:</w:t>
            </w:r>
            <w:r>
              <w:rPr>
                <w:b w:val="0"/>
                <w:i/>
                <w:color w:val="5A636E"/>
                <w:sz w:val="18"/>
              </w:rPr>
              <w:t xml:space="preserve"> Job application, referral, internal mobility, promotion, consulting, fellowship, general refresh, or other.</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Target role / opportunity:</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Organization / audience: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Date: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Version:</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What decision is this resume meant to support?</w:t>
      </w:r>
    </w:p>
    <w:p>
      <w:pPr>
        <w:spacing w:before="0" w:after="120"/>
      </w:pPr>
      <w:r>
        <w:rPr>
          <w:b w:val="0"/>
          <w:i w:val="0"/>
        </w:rPr>
        <w:t>The reader is deciding whether __________.</w:t>
      </w:r>
    </w:p>
    <w:p>
      <w:pPr>
        <w:keepNext/>
        <w:spacing w:before="0" w:after="40"/>
      </w:pPr>
      <w:r>
        <w:rPr>
          <w:b w:val="0"/>
          <w:i w:val="0"/>
        </w:rPr>
        <w:t>What concerns might this reader have?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What evidence is this reader likely to trust?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1"/>
      </w:pPr>
      <w:r>
        <w:rPr>
          <w:b/>
          <w:i w:val="0"/>
        </w:rPr>
        <w:t>Step 2 — Read the Opportunity as Claims</w:t>
      </w:r>
    </w:p>
    <w:p>
      <w:pPr>
        <w:spacing w:before="0" w:after="120"/>
      </w:pPr>
      <w:r>
        <w:rPr>
          <w:b w:val="0"/>
          <w:i w:val="0"/>
        </w:rPr>
        <w:t>Review the job posting, opportunity description, promotion criteria, referral request, or audience need. Identify the implied claims the resume may need to support.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4091"/>
        <w:gridCol w:w="1899"/>
        <w:gridCol w:w="2191"/>
        <w:gridCol w:w="1753"/>
      </w:tblGrid>
      <w:tr>
        <w:trPr>
          <w:cantSplit/>
          <w:trHeight w:val="432" w:hRule="atLeast"/>
          <w:tblHeader/>
        </w:trPr>
        <w:tc>
          <w:tcPr>
            <w:tcW w:type="dxa" w:w="4091"/>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20"/>
              </w:rPr>
              <w:t>Requirement / Need / Concern</w:t>
            </w:r>
          </w:p>
        </w:tc>
        <w:tc>
          <w:tcPr>
            <w:tcW w:type="dxa" w:w="1899"/>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20"/>
              </w:rPr>
              <w:t>Implied Claim</w:t>
            </w:r>
          </w:p>
        </w:tc>
        <w:tc>
          <w:tcPr>
            <w:tcW w:type="dxa" w:w="2192"/>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20"/>
              </w:rPr>
              <w:t>Evidence Needed</w:t>
            </w:r>
          </w:p>
        </w:tc>
        <w:tc>
          <w:tcPr>
            <w:tcW w:type="dxa" w:w="1754"/>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20"/>
              </w:rPr>
              <w:t>Claim Status</w:t>
            </w:r>
          </w:p>
        </w:tc>
      </w:tr>
      <w:tr>
        <w:trPr>
          <w:cantSplit/>
          <w:trHeight w:val="518" w:hRule="atLeast"/>
        </w:trPr>
        <w:tc>
          <w:tcPr>
            <w:tcW w:type="dxa" w:w="4091"/>
            <w:tcBorders>
              <w:top w:val="single" w:sz="4" w:space="0" w:color="9AA5B1"/>
              <w:left w:val="single" w:sz="4" w:space="0" w:color="9AA5B1"/>
              <w:bottom w:val="single" w:sz="4" w:space="0" w:color="9AA5B1"/>
              <w:right w:val="single" w:sz="4" w:space="0" w:color="9AA5B1"/>
            </w:tcBorders>
          </w:tcPr>
          <w:p>
            <w:pPr>
              <w:spacing w:before="0" w:after="0"/>
            </w:pPr>
            <w:r>
              <w:rPr>
                <w:b w:val="0"/>
                <w:i w:val="0"/>
                <w:sz w:val="20"/>
              </w:rPr>
              <w:t>I can…</w:t>
            </w:r>
          </w:p>
        </w:tc>
        <w:tc>
          <w:tcPr>
            <w:tcW w:type="dxa" w:w="1899"/>
            <w:tcBorders>
              <w:top w:val="single" w:sz="4" w:space="0" w:color="9AA5B1"/>
              <w:left w:val="single" w:sz="4" w:space="0" w:color="9AA5B1"/>
              <w:bottom w:val="single" w:sz="4" w:space="0" w:color="9AA5B1"/>
              <w:right w:val="single" w:sz="4" w:space="0" w:color="9AA5B1"/>
            </w:tcBorders>
          </w:tcPr>
          <w:p>
            <w:pPr>
              <w:spacing w:before="0" w:after="0"/>
            </w:pPr>
          </w:p>
        </w:tc>
        <w:tc>
          <w:tcPr>
            <w:tcW w:type="dxa" w:w="2192"/>
            <w:tcBorders>
              <w:top w:val="single" w:sz="4" w:space="0" w:color="9AA5B1"/>
              <w:left w:val="single" w:sz="4" w:space="0" w:color="9AA5B1"/>
              <w:bottom w:val="single" w:sz="4" w:space="0" w:color="9AA5B1"/>
              <w:right w:val="single" w:sz="4" w:space="0" w:color="9AA5B1"/>
            </w:tcBorders>
          </w:tcPr>
          <w:p>
            <w:pPr>
              <w:spacing w:before="0" w:after="0"/>
            </w:pPr>
          </w:p>
        </w:tc>
        <w:tc>
          <w:tcPr>
            <w:tcW w:type="dxa" w:w="1754"/>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4091"/>
            <w:tcBorders>
              <w:top w:val="single" w:sz="4" w:space="0" w:color="9AA5B1"/>
              <w:left w:val="single" w:sz="4" w:space="0" w:color="9AA5B1"/>
              <w:bottom w:val="single" w:sz="4" w:space="0" w:color="9AA5B1"/>
              <w:right w:val="single" w:sz="4" w:space="0" w:color="9AA5B1"/>
            </w:tcBorders>
          </w:tcPr>
          <w:p>
            <w:pPr>
              <w:spacing w:before="0" w:after="0"/>
            </w:pPr>
            <w:r>
              <w:rPr>
                <w:b w:val="0"/>
                <w:i w:val="0"/>
                <w:sz w:val="20"/>
              </w:rPr>
              <w:t>I can…</w:t>
            </w:r>
          </w:p>
        </w:tc>
        <w:tc>
          <w:tcPr>
            <w:tcW w:type="dxa" w:w="1899"/>
            <w:tcBorders>
              <w:top w:val="single" w:sz="4" w:space="0" w:color="9AA5B1"/>
              <w:left w:val="single" w:sz="4" w:space="0" w:color="9AA5B1"/>
              <w:bottom w:val="single" w:sz="4" w:space="0" w:color="9AA5B1"/>
              <w:right w:val="single" w:sz="4" w:space="0" w:color="9AA5B1"/>
            </w:tcBorders>
          </w:tcPr>
          <w:p>
            <w:pPr>
              <w:spacing w:before="0" w:after="0"/>
            </w:pPr>
          </w:p>
        </w:tc>
        <w:tc>
          <w:tcPr>
            <w:tcW w:type="dxa" w:w="2192"/>
            <w:tcBorders>
              <w:top w:val="single" w:sz="4" w:space="0" w:color="9AA5B1"/>
              <w:left w:val="single" w:sz="4" w:space="0" w:color="9AA5B1"/>
              <w:bottom w:val="single" w:sz="4" w:space="0" w:color="9AA5B1"/>
              <w:right w:val="single" w:sz="4" w:space="0" w:color="9AA5B1"/>
            </w:tcBorders>
          </w:tcPr>
          <w:p>
            <w:pPr>
              <w:spacing w:before="0" w:after="0"/>
            </w:pPr>
          </w:p>
        </w:tc>
        <w:tc>
          <w:tcPr>
            <w:tcW w:type="dxa" w:w="1754"/>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4091"/>
            <w:tcBorders>
              <w:top w:val="single" w:sz="4" w:space="0" w:color="9AA5B1"/>
              <w:left w:val="single" w:sz="4" w:space="0" w:color="9AA5B1"/>
              <w:bottom w:val="single" w:sz="4" w:space="0" w:color="9AA5B1"/>
              <w:right w:val="single" w:sz="4" w:space="0" w:color="9AA5B1"/>
            </w:tcBorders>
          </w:tcPr>
          <w:p>
            <w:pPr>
              <w:spacing w:before="0" w:after="0"/>
            </w:pPr>
            <w:r>
              <w:rPr>
                <w:b w:val="0"/>
                <w:i w:val="0"/>
                <w:sz w:val="20"/>
              </w:rPr>
              <w:t>I can…</w:t>
            </w:r>
          </w:p>
        </w:tc>
        <w:tc>
          <w:tcPr>
            <w:tcW w:type="dxa" w:w="1899"/>
            <w:tcBorders>
              <w:top w:val="single" w:sz="4" w:space="0" w:color="9AA5B1"/>
              <w:left w:val="single" w:sz="4" w:space="0" w:color="9AA5B1"/>
              <w:bottom w:val="single" w:sz="4" w:space="0" w:color="9AA5B1"/>
              <w:right w:val="single" w:sz="4" w:space="0" w:color="9AA5B1"/>
            </w:tcBorders>
          </w:tcPr>
          <w:p>
            <w:pPr>
              <w:spacing w:before="0" w:after="0"/>
            </w:pPr>
          </w:p>
        </w:tc>
        <w:tc>
          <w:tcPr>
            <w:tcW w:type="dxa" w:w="2192"/>
            <w:tcBorders>
              <w:top w:val="single" w:sz="4" w:space="0" w:color="9AA5B1"/>
              <w:left w:val="single" w:sz="4" w:space="0" w:color="9AA5B1"/>
              <w:bottom w:val="single" w:sz="4" w:space="0" w:color="9AA5B1"/>
              <w:right w:val="single" w:sz="4" w:space="0" w:color="9AA5B1"/>
            </w:tcBorders>
          </w:tcPr>
          <w:p>
            <w:pPr>
              <w:spacing w:before="0" w:after="0"/>
            </w:pPr>
          </w:p>
        </w:tc>
        <w:tc>
          <w:tcPr>
            <w:tcW w:type="dxa" w:w="1754"/>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4091"/>
            <w:tcBorders>
              <w:top w:val="single" w:sz="4" w:space="0" w:color="9AA5B1"/>
              <w:left w:val="single" w:sz="4" w:space="0" w:color="9AA5B1"/>
              <w:bottom w:val="single" w:sz="4" w:space="0" w:color="9AA5B1"/>
              <w:right w:val="single" w:sz="4" w:space="0" w:color="9AA5B1"/>
            </w:tcBorders>
          </w:tcPr>
          <w:p>
            <w:pPr>
              <w:spacing w:before="0" w:after="0"/>
            </w:pPr>
            <w:r>
              <w:rPr>
                <w:b w:val="0"/>
                <w:i w:val="0"/>
                <w:sz w:val="20"/>
              </w:rPr>
              <w:t>I can…</w:t>
            </w:r>
          </w:p>
        </w:tc>
        <w:tc>
          <w:tcPr>
            <w:tcW w:type="dxa" w:w="1899"/>
            <w:tcBorders>
              <w:top w:val="single" w:sz="4" w:space="0" w:color="9AA5B1"/>
              <w:left w:val="single" w:sz="4" w:space="0" w:color="9AA5B1"/>
              <w:bottom w:val="single" w:sz="4" w:space="0" w:color="9AA5B1"/>
              <w:right w:val="single" w:sz="4" w:space="0" w:color="9AA5B1"/>
            </w:tcBorders>
          </w:tcPr>
          <w:p>
            <w:pPr>
              <w:spacing w:before="0" w:after="0"/>
            </w:pPr>
          </w:p>
        </w:tc>
        <w:tc>
          <w:tcPr>
            <w:tcW w:type="dxa" w:w="2192"/>
            <w:tcBorders>
              <w:top w:val="single" w:sz="4" w:space="0" w:color="9AA5B1"/>
              <w:left w:val="single" w:sz="4" w:space="0" w:color="9AA5B1"/>
              <w:bottom w:val="single" w:sz="4" w:space="0" w:color="9AA5B1"/>
              <w:right w:val="single" w:sz="4" w:space="0" w:color="9AA5B1"/>
            </w:tcBorders>
          </w:tcPr>
          <w:p>
            <w:pPr>
              <w:spacing w:before="0" w:after="0"/>
            </w:pPr>
          </w:p>
        </w:tc>
        <w:tc>
          <w:tcPr>
            <w:tcW w:type="dxa" w:w="1754"/>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4091"/>
            <w:tcBorders>
              <w:top w:val="single" w:sz="4" w:space="0" w:color="9AA5B1"/>
              <w:left w:val="single" w:sz="4" w:space="0" w:color="9AA5B1"/>
              <w:bottom w:val="single" w:sz="4" w:space="0" w:color="9AA5B1"/>
              <w:right w:val="single" w:sz="4" w:space="0" w:color="9AA5B1"/>
            </w:tcBorders>
          </w:tcPr>
          <w:p>
            <w:pPr>
              <w:spacing w:before="0" w:after="0"/>
            </w:pPr>
            <w:r>
              <w:rPr>
                <w:b w:val="0"/>
                <w:i w:val="0"/>
                <w:sz w:val="20"/>
              </w:rPr>
              <w:t>I can…</w:t>
            </w:r>
          </w:p>
        </w:tc>
        <w:tc>
          <w:tcPr>
            <w:tcW w:type="dxa" w:w="1899"/>
            <w:tcBorders>
              <w:top w:val="single" w:sz="4" w:space="0" w:color="9AA5B1"/>
              <w:left w:val="single" w:sz="4" w:space="0" w:color="9AA5B1"/>
              <w:bottom w:val="single" w:sz="4" w:space="0" w:color="9AA5B1"/>
              <w:right w:val="single" w:sz="4" w:space="0" w:color="9AA5B1"/>
            </w:tcBorders>
          </w:tcPr>
          <w:p>
            <w:pPr>
              <w:spacing w:before="0" w:after="0"/>
            </w:pPr>
          </w:p>
        </w:tc>
        <w:tc>
          <w:tcPr>
            <w:tcW w:type="dxa" w:w="2192"/>
            <w:tcBorders>
              <w:top w:val="single" w:sz="4" w:space="0" w:color="9AA5B1"/>
              <w:left w:val="single" w:sz="4" w:space="0" w:color="9AA5B1"/>
              <w:bottom w:val="single" w:sz="4" w:space="0" w:color="9AA5B1"/>
              <w:right w:val="single" w:sz="4" w:space="0" w:color="9AA5B1"/>
            </w:tcBorders>
          </w:tcPr>
          <w:p>
            <w:pPr>
              <w:spacing w:before="0" w:after="0"/>
            </w:pPr>
          </w:p>
        </w:tc>
        <w:tc>
          <w:tcPr>
            <w:tcW w:type="dxa" w:w="1754"/>
            <w:tcBorders>
              <w:top w:val="single" w:sz="4" w:space="0" w:color="9AA5B1"/>
              <w:left w:val="single" w:sz="4" w:space="0" w:color="9AA5B1"/>
              <w:bottom w:val="single" w:sz="4" w:space="0" w:color="9AA5B1"/>
              <w:right w:val="single" w:sz="4" w:space="0" w:color="9AA5B1"/>
            </w:tcBorders>
          </w:tcPr>
          <w:p>
            <w:pPr>
              <w:spacing w:before="0" w:after="0"/>
            </w:pPr>
          </w:p>
        </w:tc>
      </w:tr>
    </w:tbl>
    <w:p>
      <w:pPr>
        <w:spacing w:before="0" w:after="0" w:line="80" w:lineRule="exact"/>
      </w:pPr>
      <w:r>
        <w:rPr>
          <w:sz w:val="4"/>
        </w:rPr>
      </w:r>
    </w:p>
    <w:p>
      <w:pPr>
        <w:spacing w:before="0" w:after="120"/>
      </w:pPr>
      <w:r>
        <w:rPr>
          <w:b w:val="0"/>
          <w:i w:val="0"/>
        </w:rPr>
        <w:t>Claim status options: Proven, Supported, Emerging, Context-dependent, Private, Outdated, Needs verification, Unsupported, Retired.</w:t>
      </w:r>
    </w:p>
    <w:p>
      <w:pPr>
        <w:spacing w:before="0" w:after="120"/>
      </w:pPr>
      <w:r>
        <w:rPr>
          <w:b w:val="0"/>
          <w:i w:val="0"/>
        </w:rPr>
        <w:t>Do not build the resume around unsupported claims. Strengthen, narrow, or remove them.</w:t>
      </w:r>
    </w:p>
    <w:p>
      <w:pPr>
        <w:pStyle w:val="Heading1"/>
      </w:pPr>
      <w:r>
        <w:rPr>
          <w:b/>
          <w:i w:val="0"/>
        </w:rPr>
        <w:t>Step 3 — Select Primary Claims</w:t>
      </w:r>
    </w:p>
    <w:p>
      <w:pPr>
        <w:spacing w:before="0" w:after="120"/>
      </w:pPr>
      <w:r>
        <w:rPr>
          <w:b w:val="0"/>
          <w:i w:val="0"/>
        </w:rPr>
        <w:t>Choose three to five claims from your Claim Map that belong on this resume.</w:t>
      </w:r>
    </w:p>
    <w:p>
      <w:pPr>
        <w:pStyle w:val="Heading2"/>
      </w:pPr>
      <w:r>
        <w:rPr>
          <w:b/>
          <w:i w:val="0"/>
        </w:rPr>
        <w:t>Claim 1</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Claim:</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Status:</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Evidence: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Context needed: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Privacy boundary:</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Possible resume location:</w:t>
            </w:r>
            <w:r>
              <w:rPr>
                <w:b w:val="0"/>
                <w:i/>
                <w:color w:val="5A636E"/>
                <w:sz w:val="18"/>
              </w:rPr>
              <w:t xml:space="preserve"> Summary, role bullet, skills section, project section, or other.</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Claim 2</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Claim:</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Status:</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Evidence: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Context needed: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Privacy boundary:</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Possible resume location:</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Claim 3</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Claim:</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Status:</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Evidence: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Context needed: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Privacy boundary:</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Possible resume location:</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Claim 4</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Claim:</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Status:</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Evidence: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Context needed: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Privacy boundary:</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Possible resume location:</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Claim 5</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Claim:</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Status:</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Evidence: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Context needed: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Privacy boundary:</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Possible resume location:</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1"/>
      </w:pPr>
      <w:r>
        <w:rPr>
          <w:b/>
          <w:i w:val="0"/>
        </w:rPr>
        <w:t>Step 4 — Choose Source Material</w:t>
      </w:r>
    </w:p>
    <w:p>
      <w:pPr>
        <w:spacing w:before="0" w:after="120"/>
      </w:pPr>
      <w:r>
        <w:rPr>
          <w:b w:val="0"/>
          <w:i w:val="0"/>
        </w:rPr>
        <w:t>Identify the role records, project records, decision logs, contribution records, learning entries, feedback, credentials, or artifacts that support the selected claims.</w:t>
      </w:r>
    </w:p>
    <w:tbl>
      <w:tblPr>
        <w:tblW w:w="9938" w:type="dxa"/>
        <w:jc w:val="center"/>
        <w:tblLayout w:type="fixed"/>
        <w:tblCellMar>
          <w:top w:w="60" w:type="dxa"/>
          <w:left w:w="90" w:type="dxa"/>
          <w:bottom w:w="60" w:type="dxa"/>
          <w:right w:w="90" w:type="dxa"/>
        </w:tblCellMar>
        <w:tblLook w:firstColumn="1" w:firstRow="1" w:lastColumn="0" w:lastRow="0" w:noHBand="0" w:noVBand="1" w:val="04A0"/>
      </w:tblPr>
      <w:tblGrid>
        <w:gridCol w:w="1383"/>
        <w:gridCol w:w="1007"/>
        <w:gridCol w:w="1886"/>
        <w:gridCol w:w="2138"/>
        <w:gridCol w:w="1761"/>
        <w:gridCol w:w="1761"/>
      </w:tblGrid>
      <w:tr>
        <w:trPr>
          <w:cantSplit/>
          <w:trHeight w:val="432" w:hRule="atLeast"/>
          <w:tblHeader/>
        </w:trPr>
        <w:tc>
          <w:tcPr>
            <w:tcW w:type="dxa" w:w="1384"/>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Source Item</w:t>
            </w:r>
          </w:p>
        </w:tc>
        <w:tc>
          <w:tcPr>
            <w:tcW w:type="dxa" w:w="1008"/>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Type</w:t>
            </w:r>
          </w:p>
        </w:tc>
        <w:tc>
          <w:tcPr>
            <w:tcW w:type="dxa" w:w="1886"/>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Claim Supported</w:t>
            </w:r>
          </w:p>
        </w:tc>
        <w:tc>
          <w:tcPr>
            <w:tcW w:type="dxa" w:w="2138"/>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Evidence Strength</w:t>
            </w:r>
          </w:p>
        </w:tc>
        <w:tc>
          <w:tcPr>
            <w:tcW w:type="dxa" w:w="1761"/>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Privacy Status</w:t>
            </w:r>
          </w:p>
        </w:tc>
        <w:tc>
          <w:tcPr>
            <w:tcW w:type="dxa" w:w="1761"/>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Use in Resume?</w:t>
            </w:r>
          </w:p>
        </w:tc>
      </w:tr>
      <w:tr>
        <w:trPr>
          <w:cantSplit/>
          <w:trHeight w:val="518" w:hRule="atLeast"/>
        </w:trPr>
        <w:tc>
          <w:tcPr>
            <w:tcW w:type="dxa" w:w="1384"/>
            <w:tcBorders>
              <w:top w:val="single" w:sz="4" w:space="0" w:color="9AA5B1"/>
              <w:left w:val="single" w:sz="4" w:space="0" w:color="9AA5B1"/>
              <w:bottom w:val="single" w:sz="4" w:space="0" w:color="9AA5B1"/>
              <w:right w:val="single" w:sz="4" w:space="0" w:color="9AA5B1"/>
            </w:tcBorders>
          </w:tcPr>
          <w:p>
            <w:pPr>
              <w:spacing w:before="0" w:after="0"/>
            </w:pPr>
            <w:r>
              <w:rPr>
                <w:b w:val="0"/>
                <w:i/>
                <w:color w:val="5A636E"/>
                <w:sz w:val="18"/>
              </w:rPr>
              <w:t>Yes / No / Maybe</w:t>
            </w:r>
          </w:p>
        </w:tc>
        <w:tc>
          <w:tcPr>
            <w:tcW w:type="dxa" w:w="1008"/>
            <w:tcBorders>
              <w:top w:val="single" w:sz="4" w:space="0" w:color="9AA5B1"/>
              <w:left w:val="single" w:sz="4" w:space="0" w:color="9AA5B1"/>
              <w:bottom w:val="single" w:sz="4" w:space="0" w:color="9AA5B1"/>
              <w:right w:val="single" w:sz="4" w:space="0" w:color="9AA5B1"/>
            </w:tcBorders>
          </w:tcPr>
          <w:p>
            <w:pPr>
              <w:spacing w:before="0" w:after="0"/>
            </w:pPr>
          </w:p>
        </w:tc>
        <w:tc>
          <w:tcPr>
            <w:tcW w:type="dxa" w:w="1886"/>
            <w:tcBorders>
              <w:top w:val="single" w:sz="4" w:space="0" w:color="9AA5B1"/>
              <w:left w:val="single" w:sz="4" w:space="0" w:color="9AA5B1"/>
              <w:bottom w:val="single" w:sz="4" w:space="0" w:color="9AA5B1"/>
              <w:right w:val="single" w:sz="4" w:space="0" w:color="9AA5B1"/>
            </w:tcBorders>
          </w:tcPr>
          <w:p>
            <w:pPr>
              <w:spacing w:before="0" w:after="0"/>
            </w:pPr>
          </w:p>
        </w:tc>
        <w:tc>
          <w:tcPr>
            <w:tcW w:type="dxa" w:w="2138"/>
            <w:tcBorders>
              <w:top w:val="single" w:sz="4" w:space="0" w:color="9AA5B1"/>
              <w:left w:val="single" w:sz="4" w:space="0" w:color="9AA5B1"/>
              <w:bottom w:val="single" w:sz="4" w:space="0" w:color="9AA5B1"/>
              <w:right w:val="single" w:sz="4" w:space="0" w:color="9AA5B1"/>
            </w:tcBorders>
          </w:tcPr>
          <w:p>
            <w:pPr>
              <w:spacing w:before="0" w:after="0"/>
            </w:pPr>
          </w:p>
        </w:tc>
        <w:tc>
          <w:tcPr>
            <w:tcW w:type="dxa" w:w="1761"/>
            <w:tcBorders>
              <w:top w:val="single" w:sz="4" w:space="0" w:color="9AA5B1"/>
              <w:left w:val="single" w:sz="4" w:space="0" w:color="9AA5B1"/>
              <w:bottom w:val="single" w:sz="4" w:space="0" w:color="9AA5B1"/>
              <w:right w:val="single" w:sz="4" w:space="0" w:color="9AA5B1"/>
            </w:tcBorders>
          </w:tcPr>
          <w:p>
            <w:pPr>
              <w:spacing w:before="0" w:after="0"/>
            </w:pPr>
          </w:p>
        </w:tc>
        <w:tc>
          <w:tcPr>
            <w:tcW w:type="dxa" w:w="1761"/>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384"/>
            <w:tcBorders>
              <w:top w:val="single" w:sz="4" w:space="0" w:color="9AA5B1"/>
              <w:left w:val="single" w:sz="4" w:space="0" w:color="9AA5B1"/>
              <w:bottom w:val="single" w:sz="4" w:space="0" w:color="9AA5B1"/>
              <w:right w:val="single" w:sz="4" w:space="0" w:color="9AA5B1"/>
            </w:tcBorders>
          </w:tcPr>
          <w:p>
            <w:pPr>
              <w:spacing w:before="0" w:after="0"/>
            </w:pPr>
            <w:r>
              <w:rPr>
                <w:b w:val="0"/>
                <w:i/>
                <w:color w:val="5A636E"/>
                <w:sz w:val="18"/>
              </w:rPr>
              <w:t>Yes / No / Maybe</w:t>
            </w:r>
          </w:p>
        </w:tc>
        <w:tc>
          <w:tcPr>
            <w:tcW w:type="dxa" w:w="1008"/>
            <w:tcBorders>
              <w:top w:val="single" w:sz="4" w:space="0" w:color="9AA5B1"/>
              <w:left w:val="single" w:sz="4" w:space="0" w:color="9AA5B1"/>
              <w:bottom w:val="single" w:sz="4" w:space="0" w:color="9AA5B1"/>
              <w:right w:val="single" w:sz="4" w:space="0" w:color="9AA5B1"/>
            </w:tcBorders>
          </w:tcPr>
          <w:p>
            <w:pPr>
              <w:spacing w:before="0" w:after="0"/>
            </w:pPr>
          </w:p>
        </w:tc>
        <w:tc>
          <w:tcPr>
            <w:tcW w:type="dxa" w:w="1886"/>
            <w:tcBorders>
              <w:top w:val="single" w:sz="4" w:space="0" w:color="9AA5B1"/>
              <w:left w:val="single" w:sz="4" w:space="0" w:color="9AA5B1"/>
              <w:bottom w:val="single" w:sz="4" w:space="0" w:color="9AA5B1"/>
              <w:right w:val="single" w:sz="4" w:space="0" w:color="9AA5B1"/>
            </w:tcBorders>
          </w:tcPr>
          <w:p>
            <w:pPr>
              <w:spacing w:before="0" w:after="0"/>
            </w:pPr>
          </w:p>
        </w:tc>
        <w:tc>
          <w:tcPr>
            <w:tcW w:type="dxa" w:w="2138"/>
            <w:tcBorders>
              <w:top w:val="single" w:sz="4" w:space="0" w:color="9AA5B1"/>
              <w:left w:val="single" w:sz="4" w:space="0" w:color="9AA5B1"/>
              <w:bottom w:val="single" w:sz="4" w:space="0" w:color="9AA5B1"/>
              <w:right w:val="single" w:sz="4" w:space="0" w:color="9AA5B1"/>
            </w:tcBorders>
          </w:tcPr>
          <w:p>
            <w:pPr>
              <w:spacing w:before="0" w:after="0"/>
            </w:pPr>
          </w:p>
        </w:tc>
        <w:tc>
          <w:tcPr>
            <w:tcW w:type="dxa" w:w="1761"/>
            <w:tcBorders>
              <w:top w:val="single" w:sz="4" w:space="0" w:color="9AA5B1"/>
              <w:left w:val="single" w:sz="4" w:space="0" w:color="9AA5B1"/>
              <w:bottom w:val="single" w:sz="4" w:space="0" w:color="9AA5B1"/>
              <w:right w:val="single" w:sz="4" w:space="0" w:color="9AA5B1"/>
            </w:tcBorders>
          </w:tcPr>
          <w:p>
            <w:pPr>
              <w:spacing w:before="0" w:after="0"/>
            </w:pPr>
          </w:p>
        </w:tc>
        <w:tc>
          <w:tcPr>
            <w:tcW w:type="dxa" w:w="1761"/>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384"/>
            <w:tcBorders>
              <w:top w:val="single" w:sz="4" w:space="0" w:color="9AA5B1"/>
              <w:left w:val="single" w:sz="4" w:space="0" w:color="9AA5B1"/>
              <w:bottom w:val="single" w:sz="4" w:space="0" w:color="9AA5B1"/>
              <w:right w:val="single" w:sz="4" w:space="0" w:color="9AA5B1"/>
            </w:tcBorders>
          </w:tcPr>
          <w:p>
            <w:pPr>
              <w:spacing w:before="0" w:after="0"/>
            </w:pPr>
            <w:r>
              <w:rPr>
                <w:b w:val="0"/>
                <w:i/>
                <w:color w:val="5A636E"/>
                <w:sz w:val="18"/>
              </w:rPr>
              <w:t>Yes / No / Maybe</w:t>
            </w:r>
          </w:p>
        </w:tc>
        <w:tc>
          <w:tcPr>
            <w:tcW w:type="dxa" w:w="1008"/>
            <w:tcBorders>
              <w:top w:val="single" w:sz="4" w:space="0" w:color="9AA5B1"/>
              <w:left w:val="single" w:sz="4" w:space="0" w:color="9AA5B1"/>
              <w:bottom w:val="single" w:sz="4" w:space="0" w:color="9AA5B1"/>
              <w:right w:val="single" w:sz="4" w:space="0" w:color="9AA5B1"/>
            </w:tcBorders>
          </w:tcPr>
          <w:p>
            <w:pPr>
              <w:spacing w:before="0" w:after="0"/>
            </w:pPr>
          </w:p>
        </w:tc>
        <w:tc>
          <w:tcPr>
            <w:tcW w:type="dxa" w:w="1886"/>
            <w:tcBorders>
              <w:top w:val="single" w:sz="4" w:space="0" w:color="9AA5B1"/>
              <w:left w:val="single" w:sz="4" w:space="0" w:color="9AA5B1"/>
              <w:bottom w:val="single" w:sz="4" w:space="0" w:color="9AA5B1"/>
              <w:right w:val="single" w:sz="4" w:space="0" w:color="9AA5B1"/>
            </w:tcBorders>
          </w:tcPr>
          <w:p>
            <w:pPr>
              <w:spacing w:before="0" w:after="0"/>
            </w:pPr>
          </w:p>
        </w:tc>
        <w:tc>
          <w:tcPr>
            <w:tcW w:type="dxa" w:w="2138"/>
            <w:tcBorders>
              <w:top w:val="single" w:sz="4" w:space="0" w:color="9AA5B1"/>
              <w:left w:val="single" w:sz="4" w:space="0" w:color="9AA5B1"/>
              <w:bottom w:val="single" w:sz="4" w:space="0" w:color="9AA5B1"/>
              <w:right w:val="single" w:sz="4" w:space="0" w:color="9AA5B1"/>
            </w:tcBorders>
          </w:tcPr>
          <w:p>
            <w:pPr>
              <w:spacing w:before="0" w:after="0"/>
            </w:pPr>
          </w:p>
        </w:tc>
        <w:tc>
          <w:tcPr>
            <w:tcW w:type="dxa" w:w="1761"/>
            <w:tcBorders>
              <w:top w:val="single" w:sz="4" w:space="0" w:color="9AA5B1"/>
              <w:left w:val="single" w:sz="4" w:space="0" w:color="9AA5B1"/>
              <w:bottom w:val="single" w:sz="4" w:space="0" w:color="9AA5B1"/>
              <w:right w:val="single" w:sz="4" w:space="0" w:color="9AA5B1"/>
            </w:tcBorders>
          </w:tcPr>
          <w:p>
            <w:pPr>
              <w:spacing w:before="0" w:after="0"/>
            </w:pPr>
          </w:p>
        </w:tc>
        <w:tc>
          <w:tcPr>
            <w:tcW w:type="dxa" w:w="1761"/>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384"/>
            <w:tcBorders>
              <w:top w:val="single" w:sz="4" w:space="0" w:color="9AA5B1"/>
              <w:left w:val="single" w:sz="4" w:space="0" w:color="9AA5B1"/>
              <w:bottom w:val="single" w:sz="4" w:space="0" w:color="9AA5B1"/>
              <w:right w:val="single" w:sz="4" w:space="0" w:color="9AA5B1"/>
            </w:tcBorders>
          </w:tcPr>
          <w:p>
            <w:pPr>
              <w:spacing w:before="0" w:after="0"/>
            </w:pPr>
            <w:r>
              <w:rPr>
                <w:b w:val="0"/>
                <w:i/>
                <w:color w:val="5A636E"/>
                <w:sz w:val="18"/>
              </w:rPr>
              <w:t>Yes / No / Maybe</w:t>
            </w:r>
          </w:p>
        </w:tc>
        <w:tc>
          <w:tcPr>
            <w:tcW w:type="dxa" w:w="1008"/>
            <w:tcBorders>
              <w:top w:val="single" w:sz="4" w:space="0" w:color="9AA5B1"/>
              <w:left w:val="single" w:sz="4" w:space="0" w:color="9AA5B1"/>
              <w:bottom w:val="single" w:sz="4" w:space="0" w:color="9AA5B1"/>
              <w:right w:val="single" w:sz="4" w:space="0" w:color="9AA5B1"/>
            </w:tcBorders>
          </w:tcPr>
          <w:p>
            <w:pPr>
              <w:spacing w:before="0" w:after="0"/>
            </w:pPr>
          </w:p>
        </w:tc>
        <w:tc>
          <w:tcPr>
            <w:tcW w:type="dxa" w:w="1886"/>
            <w:tcBorders>
              <w:top w:val="single" w:sz="4" w:space="0" w:color="9AA5B1"/>
              <w:left w:val="single" w:sz="4" w:space="0" w:color="9AA5B1"/>
              <w:bottom w:val="single" w:sz="4" w:space="0" w:color="9AA5B1"/>
              <w:right w:val="single" w:sz="4" w:space="0" w:color="9AA5B1"/>
            </w:tcBorders>
          </w:tcPr>
          <w:p>
            <w:pPr>
              <w:spacing w:before="0" w:after="0"/>
            </w:pPr>
          </w:p>
        </w:tc>
        <w:tc>
          <w:tcPr>
            <w:tcW w:type="dxa" w:w="2138"/>
            <w:tcBorders>
              <w:top w:val="single" w:sz="4" w:space="0" w:color="9AA5B1"/>
              <w:left w:val="single" w:sz="4" w:space="0" w:color="9AA5B1"/>
              <w:bottom w:val="single" w:sz="4" w:space="0" w:color="9AA5B1"/>
              <w:right w:val="single" w:sz="4" w:space="0" w:color="9AA5B1"/>
            </w:tcBorders>
          </w:tcPr>
          <w:p>
            <w:pPr>
              <w:spacing w:before="0" w:after="0"/>
            </w:pPr>
          </w:p>
        </w:tc>
        <w:tc>
          <w:tcPr>
            <w:tcW w:type="dxa" w:w="1761"/>
            <w:tcBorders>
              <w:top w:val="single" w:sz="4" w:space="0" w:color="9AA5B1"/>
              <w:left w:val="single" w:sz="4" w:space="0" w:color="9AA5B1"/>
              <w:bottom w:val="single" w:sz="4" w:space="0" w:color="9AA5B1"/>
              <w:right w:val="single" w:sz="4" w:space="0" w:color="9AA5B1"/>
            </w:tcBorders>
          </w:tcPr>
          <w:p>
            <w:pPr>
              <w:spacing w:before="0" w:after="0"/>
            </w:pPr>
          </w:p>
        </w:tc>
        <w:tc>
          <w:tcPr>
            <w:tcW w:type="dxa" w:w="1761"/>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384"/>
            <w:tcBorders>
              <w:top w:val="single" w:sz="4" w:space="0" w:color="9AA5B1"/>
              <w:left w:val="single" w:sz="4" w:space="0" w:color="9AA5B1"/>
              <w:bottom w:val="single" w:sz="4" w:space="0" w:color="9AA5B1"/>
              <w:right w:val="single" w:sz="4" w:space="0" w:color="9AA5B1"/>
            </w:tcBorders>
          </w:tcPr>
          <w:p>
            <w:pPr>
              <w:spacing w:before="0" w:after="0"/>
            </w:pPr>
            <w:r>
              <w:rPr>
                <w:b w:val="0"/>
                <w:i/>
                <w:color w:val="5A636E"/>
                <w:sz w:val="18"/>
              </w:rPr>
              <w:t>Yes / No / Maybe</w:t>
            </w:r>
          </w:p>
        </w:tc>
        <w:tc>
          <w:tcPr>
            <w:tcW w:type="dxa" w:w="1008"/>
            <w:tcBorders>
              <w:top w:val="single" w:sz="4" w:space="0" w:color="9AA5B1"/>
              <w:left w:val="single" w:sz="4" w:space="0" w:color="9AA5B1"/>
              <w:bottom w:val="single" w:sz="4" w:space="0" w:color="9AA5B1"/>
              <w:right w:val="single" w:sz="4" w:space="0" w:color="9AA5B1"/>
            </w:tcBorders>
          </w:tcPr>
          <w:p>
            <w:pPr>
              <w:spacing w:before="0" w:after="0"/>
            </w:pPr>
          </w:p>
        </w:tc>
        <w:tc>
          <w:tcPr>
            <w:tcW w:type="dxa" w:w="1886"/>
            <w:tcBorders>
              <w:top w:val="single" w:sz="4" w:space="0" w:color="9AA5B1"/>
              <w:left w:val="single" w:sz="4" w:space="0" w:color="9AA5B1"/>
              <w:bottom w:val="single" w:sz="4" w:space="0" w:color="9AA5B1"/>
              <w:right w:val="single" w:sz="4" w:space="0" w:color="9AA5B1"/>
            </w:tcBorders>
          </w:tcPr>
          <w:p>
            <w:pPr>
              <w:spacing w:before="0" w:after="0"/>
            </w:pPr>
          </w:p>
        </w:tc>
        <w:tc>
          <w:tcPr>
            <w:tcW w:type="dxa" w:w="2138"/>
            <w:tcBorders>
              <w:top w:val="single" w:sz="4" w:space="0" w:color="9AA5B1"/>
              <w:left w:val="single" w:sz="4" w:space="0" w:color="9AA5B1"/>
              <w:bottom w:val="single" w:sz="4" w:space="0" w:color="9AA5B1"/>
              <w:right w:val="single" w:sz="4" w:space="0" w:color="9AA5B1"/>
            </w:tcBorders>
          </w:tcPr>
          <w:p>
            <w:pPr>
              <w:spacing w:before="0" w:after="0"/>
            </w:pPr>
          </w:p>
        </w:tc>
        <w:tc>
          <w:tcPr>
            <w:tcW w:type="dxa" w:w="1761"/>
            <w:tcBorders>
              <w:top w:val="single" w:sz="4" w:space="0" w:color="9AA5B1"/>
              <w:left w:val="single" w:sz="4" w:space="0" w:color="9AA5B1"/>
              <w:bottom w:val="single" w:sz="4" w:space="0" w:color="9AA5B1"/>
              <w:right w:val="single" w:sz="4" w:space="0" w:color="9AA5B1"/>
            </w:tcBorders>
          </w:tcPr>
          <w:p>
            <w:pPr>
              <w:spacing w:before="0" w:after="0"/>
            </w:pPr>
          </w:p>
        </w:tc>
        <w:tc>
          <w:tcPr>
            <w:tcW w:type="dxa" w:w="1761"/>
            <w:tcBorders>
              <w:top w:val="single" w:sz="4" w:space="0" w:color="9AA5B1"/>
              <w:left w:val="single" w:sz="4" w:space="0" w:color="9AA5B1"/>
              <w:bottom w:val="single" w:sz="4" w:space="0" w:color="9AA5B1"/>
              <w:right w:val="single" w:sz="4" w:space="0" w:color="9AA5B1"/>
            </w:tcBorders>
          </w:tcPr>
          <w:p>
            <w:pPr>
              <w:spacing w:before="0" w:after="0"/>
            </w:pPr>
          </w:p>
        </w:tc>
      </w:tr>
    </w:tbl>
    <w:p>
      <w:pPr>
        <w:spacing w:before="0" w:after="0" w:line="80" w:lineRule="exact"/>
      </w:pPr>
      <w:r>
        <w:rPr>
          <w:sz w:val="4"/>
        </w:rPr>
      </w:r>
    </w:p>
    <w:p>
      <w:pPr>
        <w:spacing w:before="0" w:after="120"/>
      </w:pPr>
      <w:r>
        <w:rPr>
          <w:b w:val="0"/>
          <w:i w:val="0"/>
        </w:rPr>
        <w:t>Evidence strength options: strong, useful but incomplete, private only, needs verification, do not use externally.</w:t>
      </w:r>
    </w:p>
    <w:p>
      <w:pPr>
        <w:pStyle w:val="Heading1"/>
      </w:pPr>
      <w:r>
        <w:rPr>
          <w:b/>
          <w:i w:val="0"/>
        </w:rPr>
        <w:t>Step 5 — Decide What to Leave Out</w:t>
      </w:r>
    </w:p>
    <w:p>
      <w:pPr>
        <w:spacing w:before="0" w:after="120"/>
      </w:pPr>
      <w:r>
        <w:rPr>
          <w:b w:val="0"/>
          <w:i w:val="0"/>
        </w:rPr>
        <w:t>A resume is not the whole record. Some true material does not belong here.</w:t>
      </w:r>
    </w:p>
    <w:p>
      <w:pPr>
        <w:spacing w:before="0" w:after="120"/>
      </w:pPr>
      <w:r>
        <w:rPr>
          <w:b w:val="0"/>
          <w:i w:val="0"/>
        </w:rPr>
        <w:t>List items you are intentionally leaving out.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4210"/>
        <w:gridCol w:w="3199"/>
        <w:gridCol w:w="2525"/>
      </w:tblGrid>
      <w:tr>
        <w:trPr>
          <w:cantSplit/>
          <w:trHeight w:val="432" w:hRule="atLeast"/>
          <w:tblHeader/>
        </w:trPr>
        <w:tc>
          <w:tcPr>
            <w:tcW w:type="dxa" w:w="4211"/>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20"/>
              </w:rPr>
              <w:t>Item / Claim / Experience</w:t>
            </w:r>
          </w:p>
        </w:tc>
        <w:tc>
          <w:tcPr>
            <w:tcW w:type="dxa" w:w="3200"/>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20"/>
              </w:rPr>
              <w:t>Reason to Leave Out</w:t>
            </w:r>
          </w:p>
        </w:tc>
        <w:tc>
          <w:tcPr>
            <w:tcW w:type="dxa" w:w="2526"/>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20"/>
              </w:rPr>
              <w:t>Keep in Record?</w:t>
            </w:r>
          </w:p>
        </w:tc>
      </w:tr>
      <w:tr>
        <w:trPr>
          <w:cantSplit/>
          <w:trHeight w:val="518" w:hRule="atLeast"/>
        </w:trPr>
        <w:tc>
          <w:tcPr>
            <w:tcW w:type="dxa" w:w="4211"/>
            <w:tcBorders>
              <w:top w:val="single" w:sz="4" w:space="0" w:color="9AA5B1"/>
              <w:left w:val="single" w:sz="4" w:space="0" w:color="9AA5B1"/>
              <w:bottom w:val="single" w:sz="4" w:space="0" w:color="9AA5B1"/>
              <w:right w:val="single" w:sz="4" w:space="0" w:color="9AA5B1"/>
            </w:tcBorders>
          </w:tcPr>
          <w:p>
            <w:pPr>
              <w:spacing w:before="0" w:after="0"/>
            </w:pPr>
            <w:r>
              <w:rPr>
                <w:b w:val="0"/>
                <w:i/>
                <w:color w:val="5A636E"/>
                <w:sz w:val="20"/>
              </w:rPr>
              <w:t>irrelevant to this audience, private, outdated, unsupported, distracting, too complex, or other</w:t>
            </w:r>
          </w:p>
        </w:tc>
        <w:tc>
          <w:tcPr>
            <w:tcW w:type="dxa" w:w="3200"/>
            <w:tcBorders>
              <w:top w:val="single" w:sz="4" w:space="0" w:color="9AA5B1"/>
              <w:left w:val="single" w:sz="4" w:space="0" w:color="9AA5B1"/>
              <w:bottom w:val="single" w:sz="4" w:space="0" w:color="9AA5B1"/>
              <w:right w:val="single" w:sz="4" w:space="0" w:color="9AA5B1"/>
            </w:tcBorders>
          </w:tcPr>
          <w:p>
            <w:pPr>
              <w:spacing w:before="0" w:after="0"/>
            </w:pPr>
            <w:r>
              <w:rPr>
                <w:b w:val="0"/>
                <w:i/>
                <w:color w:val="5A636E"/>
                <w:sz w:val="20"/>
              </w:rPr>
              <w:t>Yes / No</w:t>
            </w:r>
          </w:p>
        </w:tc>
        <w:tc>
          <w:tcPr>
            <w:tcW w:type="dxa" w:w="2526"/>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4211"/>
            <w:tcBorders>
              <w:top w:val="single" w:sz="4" w:space="0" w:color="9AA5B1"/>
              <w:left w:val="single" w:sz="4" w:space="0" w:color="9AA5B1"/>
              <w:bottom w:val="single" w:sz="4" w:space="0" w:color="9AA5B1"/>
              <w:right w:val="single" w:sz="4" w:space="0" w:color="9AA5B1"/>
            </w:tcBorders>
          </w:tcPr>
          <w:p>
            <w:pPr>
              <w:spacing w:before="0" w:after="0"/>
            </w:pPr>
          </w:p>
        </w:tc>
        <w:tc>
          <w:tcPr>
            <w:tcW w:type="dxa" w:w="3200"/>
            <w:tcBorders>
              <w:top w:val="single" w:sz="4" w:space="0" w:color="9AA5B1"/>
              <w:left w:val="single" w:sz="4" w:space="0" w:color="9AA5B1"/>
              <w:bottom w:val="single" w:sz="4" w:space="0" w:color="9AA5B1"/>
              <w:right w:val="single" w:sz="4" w:space="0" w:color="9AA5B1"/>
            </w:tcBorders>
          </w:tcPr>
          <w:p>
            <w:pPr>
              <w:spacing w:before="0" w:after="0"/>
            </w:pPr>
          </w:p>
        </w:tc>
        <w:tc>
          <w:tcPr>
            <w:tcW w:type="dxa" w:w="2526"/>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4211"/>
            <w:tcBorders>
              <w:top w:val="single" w:sz="4" w:space="0" w:color="9AA5B1"/>
              <w:left w:val="single" w:sz="4" w:space="0" w:color="9AA5B1"/>
              <w:bottom w:val="single" w:sz="4" w:space="0" w:color="9AA5B1"/>
              <w:right w:val="single" w:sz="4" w:space="0" w:color="9AA5B1"/>
            </w:tcBorders>
          </w:tcPr>
          <w:p>
            <w:pPr>
              <w:spacing w:before="0" w:after="0"/>
            </w:pPr>
          </w:p>
        </w:tc>
        <w:tc>
          <w:tcPr>
            <w:tcW w:type="dxa" w:w="3200"/>
            <w:tcBorders>
              <w:top w:val="single" w:sz="4" w:space="0" w:color="9AA5B1"/>
              <w:left w:val="single" w:sz="4" w:space="0" w:color="9AA5B1"/>
              <w:bottom w:val="single" w:sz="4" w:space="0" w:color="9AA5B1"/>
              <w:right w:val="single" w:sz="4" w:space="0" w:color="9AA5B1"/>
            </w:tcBorders>
          </w:tcPr>
          <w:p>
            <w:pPr>
              <w:spacing w:before="0" w:after="0"/>
            </w:pPr>
          </w:p>
        </w:tc>
        <w:tc>
          <w:tcPr>
            <w:tcW w:type="dxa" w:w="2526"/>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4211"/>
            <w:tcBorders>
              <w:top w:val="single" w:sz="4" w:space="0" w:color="9AA5B1"/>
              <w:left w:val="single" w:sz="4" w:space="0" w:color="9AA5B1"/>
              <w:bottom w:val="single" w:sz="4" w:space="0" w:color="9AA5B1"/>
              <w:right w:val="single" w:sz="4" w:space="0" w:color="9AA5B1"/>
            </w:tcBorders>
          </w:tcPr>
          <w:p>
            <w:pPr>
              <w:spacing w:before="0" w:after="0"/>
            </w:pPr>
          </w:p>
        </w:tc>
        <w:tc>
          <w:tcPr>
            <w:tcW w:type="dxa" w:w="3200"/>
            <w:tcBorders>
              <w:top w:val="single" w:sz="4" w:space="0" w:color="9AA5B1"/>
              <w:left w:val="single" w:sz="4" w:space="0" w:color="9AA5B1"/>
              <w:bottom w:val="single" w:sz="4" w:space="0" w:color="9AA5B1"/>
              <w:right w:val="single" w:sz="4" w:space="0" w:color="9AA5B1"/>
            </w:tcBorders>
          </w:tcPr>
          <w:p>
            <w:pPr>
              <w:spacing w:before="0" w:after="0"/>
            </w:pPr>
          </w:p>
        </w:tc>
        <w:tc>
          <w:tcPr>
            <w:tcW w:type="dxa" w:w="2526"/>
            <w:tcBorders>
              <w:top w:val="single" w:sz="4" w:space="0" w:color="9AA5B1"/>
              <w:left w:val="single" w:sz="4" w:space="0" w:color="9AA5B1"/>
              <w:bottom w:val="single" w:sz="4" w:space="0" w:color="9AA5B1"/>
              <w:right w:val="single" w:sz="4" w:space="0" w:color="9AA5B1"/>
            </w:tcBorders>
          </w:tcPr>
          <w:p>
            <w:pPr>
              <w:spacing w:before="0" w:after="0"/>
            </w:pPr>
          </w:p>
        </w:tc>
      </w:tr>
    </w:tbl>
    <w:p>
      <w:pPr>
        <w:spacing w:before="0" w:after="0" w:line="80" w:lineRule="exact"/>
      </w:pPr>
      <w:r>
        <w:rPr>
          <w:sz w:val="4"/>
        </w:rPr>
      </w:r>
    </w:p>
    <w:p>
      <w:pPr>
        <w:spacing w:before="0" w:after="120"/>
      </w:pPr>
      <w:r>
        <w:rPr>
          <w:b w:val="0"/>
          <w:i w:val="0"/>
        </w:rPr>
        <w:t>Leaving something out of this resume does not erase it. It remains in the record for another use if it still matters.</w:t>
      </w:r>
    </w:p>
    <w:p>
      <w:pPr>
        <w:pStyle w:val="Heading1"/>
      </w:pPr>
      <w:r>
        <w:rPr>
          <w:b/>
          <w:i w:val="0"/>
        </w:rPr>
        <w:t>Step 6 — Draft Resume Bullets From the Record</w:t>
      </w:r>
    </w:p>
    <w:p>
      <w:pPr>
        <w:keepNext/>
        <w:spacing w:before="0" w:after="60"/>
      </w:pPr>
      <w:r>
        <w:rPr>
          <w:b w:val="0"/>
          <w:i w:val="0"/>
        </w:rPr>
        <w:t>Use this structure when possible:</w:t>
      </w:r>
    </w:p>
    <w:p>
      <w:pPr>
        <w:spacing w:before="0" w:after="120"/>
      </w:pPr>
      <w:r>
        <w:rPr>
          <w:b w:val="0"/>
          <w:i w:val="0"/>
        </w:rPr>
        <w:t>Action + context + contribution/outcome</w:t>
      </w:r>
    </w:p>
    <w:p>
      <w:pPr>
        <w:spacing w:before="0" w:after="120"/>
      </w:pPr>
      <w:r>
        <w:rPr>
          <w:b w:val="0"/>
          <w:i w:val="0"/>
        </w:rPr>
        <w:t>The bullet does not need to include everything. It needs to make a supported claim that can survive questioning.</w:t>
      </w:r>
    </w:p>
    <w:p>
      <w:pPr>
        <w:pStyle w:val="Heading2"/>
      </w:pPr>
      <w:r>
        <w:rPr>
          <w:b/>
          <w:i w:val="0"/>
        </w:rPr>
        <w:t>Bullet Draft 1</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Source claim:</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Source evidence: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Context phrase needed: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Draft bullet:</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60"/>
      </w:pPr>
      <w:r>
        <w:rPr>
          <w:b/>
          <w:i w:val="0"/>
        </w:rPr>
        <w:t>Check:</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Verb matches my actual role.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Context is sufficient for fair interpretation.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Outcome or contribution is accurate.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Metric is checked against evidence, if used.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Privacy boundary is respected.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 can explain this in an interview.</w:t>
      </w:r>
    </w:p>
    <w:p>
      <w:pPr>
        <w:pStyle w:val="Heading2"/>
      </w:pPr>
      <w:r>
        <w:rPr>
          <w:b/>
          <w:i w:val="0"/>
        </w:rPr>
        <w:t>Bullet Draft 2</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Source claim:</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Source evidence: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Context phrase needed: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Draft bullet:</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60"/>
      </w:pPr>
      <w:r>
        <w:rPr>
          <w:b/>
          <w:i w:val="0"/>
        </w:rPr>
        <w:t>Check:</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Verb matches my actual role.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Context is sufficient for fair interpretation.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Outcome or contribution is accurate.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Metric is checked against evidence, if used.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Privacy boundary is respected.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 can explain this in an interview.</w:t>
      </w:r>
    </w:p>
    <w:p>
      <w:pPr>
        <w:pStyle w:val="Heading2"/>
      </w:pPr>
      <w:r>
        <w:rPr>
          <w:b/>
          <w:i w:val="0"/>
        </w:rPr>
        <w:t>Bullet Draft 3</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Source claim:</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Source evidence: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Context phrase needed: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Draft bullet:</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60"/>
      </w:pPr>
      <w:r>
        <w:rPr>
          <w:b/>
          <w:i w:val="0"/>
        </w:rPr>
        <w:t>Check:</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Verb matches my actual role.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Context is sufficient for fair interpretation.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Outcome or contribution is accurate.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Metric is checked against evidence, if used.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Privacy boundary is respected.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 can explain this in an interview.</w:t>
      </w:r>
    </w:p>
    <w:p>
      <w:pPr>
        <w:pStyle w:val="Heading2"/>
      </w:pPr>
      <w:r>
        <w:rPr>
          <w:b/>
          <w:i w:val="0"/>
        </w:rPr>
        <w:t>Bullet Draft 4</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Source claim:</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Source evidence: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Context phrase needed: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Draft bullet:</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60"/>
      </w:pPr>
      <w:r>
        <w:rPr>
          <w:b/>
          <w:i w:val="0"/>
        </w:rPr>
        <w:t>Check:</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Verb matches my actual role.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Context is sufficient for fair interpretation.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Outcome or contribution is accurate.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Metric is checked against evidence, if used.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Privacy boundary is respected.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 can explain this in an interview.</w:t>
      </w:r>
    </w:p>
    <w:p>
      <w:pPr>
        <w:pStyle w:val="Heading2"/>
      </w:pPr>
      <w:r>
        <w:rPr>
          <w:b/>
          <w:i w:val="0"/>
        </w:rPr>
        <w:t>Bullet Draft 5</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Source claim:</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Source evidence: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Context phrase needed: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Draft bullet:</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60"/>
      </w:pPr>
      <w:r>
        <w:rPr>
          <w:b/>
          <w:i w:val="0"/>
        </w:rPr>
        <w:t>Check:</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Verb matches my actual role.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Context is sufficient for fair interpretation.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Outcome or contribution is accurate.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Metric is checked against evidence, if used.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Privacy boundary is respected.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 can explain this in an interview.</w:t>
      </w:r>
    </w:p>
    <w:p>
      <w:pPr>
        <w:pStyle w:val="Heading1"/>
      </w:pPr>
      <w:r>
        <w:rPr>
          <w:b/>
          <w:i w:val="0"/>
        </w:rPr>
        <w:t>Step 7 — Metric Check</w:t>
      </w:r>
    </w:p>
    <w:p>
      <w:pPr>
        <w:spacing w:before="0" w:after="120"/>
      </w:pPr>
      <w:r>
        <w:rPr>
          <w:b w:val="0"/>
          <w:i w:val="0"/>
        </w:rPr>
        <w:t>Use this section for any number, percentage, dollar amount, volume, scope, or time claim.</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1360"/>
        <w:gridCol w:w="1451"/>
        <w:gridCol w:w="976"/>
        <w:gridCol w:w="1632"/>
        <w:gridCol w:w="2268"/>
        <w:gridCol w:w="976"/>
        <w:gridCol w:w="1270"/>
      </w:tblGrid>
      <w:tr>
        <w:trPr>
          <w:cantSplit/>
          <w:trHeight w:val="432" w:hRule="atLeast"/>
          <w:tblHeader/>
        </w:trPr>
        <w:tc>
          <w:tcPr>
            <w:tcW w:type="dxa" w:w="1361"/>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7"/>
              </w:rPr>
              <w:t>Metric / Number</w:t>
            </w:r>
          </w:p>
        </w:tc>
        <w:tc>
          <w:tcPr>
            <w:tcW w:type="dxa" w:w="1452"/>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7"/>
              </w:rPr>
              <w:t>What It Measures</w:t>
            </w:r>
          </w:p>
        </w:tc>
        <w:tc>
          <w:tcPr>
            <w:tcW w:type="dxa" w:w="976"/>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7"/>
              </w:rPr>
              <w:t>Source</w:t>
            </w:r>
          </w:p>
        </w:tc>
        <w:tc>
          <w:tcPr>
            <w:tcW w:type="dxa" w:w="1633"/>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7"/>
              </w:rPr>
              <w:t>My Role in Outcome</w:t>
            </w:r>
          </w:p>
        </w:tc>
        <w:tc>
          <w:tcPr>
            <w:tcW w:type="dxa" w:w="2268"/>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7"/>
              </w:rPr>
              <w:t>Checked against evidence?</w:t>
            </w:r>
          </w:p>
        </w:tc>
        <w:tc>
          <w:tcPr>
            <w:tcW w:type="dxa" w:w="976"/>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7"/>
              </w:rPr>
              <w:t>Shareable?</w:t>
            </w:r>
          </w:p>
        </w:tc>
        <w:tc>
          <w:tcPr>
            <w:tcW w:type="dxa" w:w="1270"/>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7"/>
              </w:rPr>
              <w:t>Resume Wording</w:t>
            </w:r>
          </w:p>
        </w:tc>
      </w:tr>
      <w:tr>
        <w:trPr>
          <w:cantSplit/>
          <w:trHeight w:val="518" w:hRule="atLeast"/>
        </w:trPr>
        <w:tc>
          <w:tcPr>
            <w:tcW w:type="dxa" w:w="1361"/>
            <w:tcBorders>
              <w:top w:val="single" w:sz="4" w:space="0" w:color="9AA5B1"/>
              <w:left w:val="single" w:sz="4" w:space="0" w:color="9AA5B1"/>
              <w:bottom w:val="single" w:sz="4" w:space="0" w:color="9AA5B1"/>
              <w:right w:val="single" w:sz="4" w:space="0" w:color="9AA5B1"/>
            </w:tcBorders>
          </w:tcPr>
          <w:p>
            <w:pPr>
              <w:spacing w:before="0" w:after="0"/>
            </w:pPr>
            <w:r>
              <w:rPr>
                <w:b w:val="0"/>
                <w:i/>
                <w:color w:val="5A636E"/>
                <w:sz w:val="17"/>
              </w:rPr>
              <w:t>owned / led / contributed / supported</w:t>
            </w:r>
          </w:p>
        </w:tc>
        <w:tc>
          <w:tcPr>
            <w:tcW w:type="dxa" w:w="1452"/>
            <w:tcBorders>
              <w:top w:val="single" w:sz="4" w:space="0" w:color="9AA5B1"/>
              <w:left w:val="single" w:sz="4" w:space="0" w:color="9AA5B1"/>
              <w:bottom w:val="single" w:sz="4" w:space="0" w:color="9AA5B1"/>
              <w:right w:val="single" w:sz="4" w:space="0" w:color="9AA5B1"/>
            </w:tcBorders>
          </w:tcPr>
          <w:p>
            <w:pPr>
              <w:spacing w:before="0" w:after="0"/>
            </w:pPr>
            <w:r>
              <w:rPr>
                <w:b w:val="0"/>
                <w:i/>
                <w:color w:val="5A636E"/>
                <w:sz w:val="17"/>
              </w:rPr>
              <w:t>Yes / No / Needs check</w:t>
            </w:r>
          </w:p>
        </w:tc>
        <w:tc>
          <w:tcPr>
            <w:tcW w:type="dxa" w:w="976"/>
            <w:tcBorders>
              <w:top w:val="single" w:sz="4" w:space="0" w:color="9AA5B1"/>
              <w:left w:val="single" w:sz="4" w:space="0" w:color="9AA5B1"/>
              <w:bottom w:val="single" w:sz="4" w:space="0" w:color="9AA5B1"/>
              <w:right w:val="single" w:sz="4" w:space="0" w:color="9AA5B1"/>
            </w:tcBorders>
          </w:tcPr>
          <w:p>
            <w:pPr>
              <w:spacing w:before="0" w:after="0"/>
            </w:pPr>
            <w:r>
              <w:rPr>
                <w:b w:val="0"/>
                <w:i/>
                <w:color w:val="5A636E"/>
                <w:sz w:val="17"/>
              </w:rPr>
              <w:t>Yes / No / Summary only</w:t>
            </w:r>
          </w:p>
        </w:tc>
        <w:tc>
          <w:tcPr>
            <w:tcW w:type="dxa" w:w="1633"/>
            <w:tcBorders>
              <w:top w:val="single" w:sz="4" w:space="0" w:color="9AA5B1"/>
              <w:left w:val="single" w:sz="4" w:space="0" w:color="9AA5B1"/>
              <w:bottom w:val="single" w:sz="4" w:space="0" w:color="9AA5B1"/>
              <w:right w:val="single" w:sz="4" w:space="0" w:color="9AA5B1"/>
            </w:tcBorders>
          </w:tcPr>
          <w:p>
            <w:pPr>
              <w:spacing w:before="0" w:after="0"/>
            </w:pPr>
          </w:p>
        </w:tc>
        <w:tc>
          <w:tcPr>
            <w:tcW w:type="dxa" w:w="2268"/>
            <w:tcBorders>
              <w:top w:val="single" w:sz="4" w:space="0" w:color="9AA5B1"/>
              <w:left w:val="single" w:sz="4" w:space="0" w:color="9AA5B1"/>
              <w:bottom w:val="single" w:sz="4" w:space="0" w:color="9AA5B1"/>
              <w:right w:val="single" w:sz="4" w:space="0" w:color="9AA5B1"/>
            </w:tcBorders>
          </w:tcPr>
          <w:p>
            <w:pPr>
              <w:spacing w:before="0" w:after="0"/>
            </w:pPr>
          </w:p>
        </w:tc>
        <w:tc>
          <w:tcPr>
            <w:tcW w:type="dxa" w:w="976"/>
            <w:tcBorders>
              <w:top w:val="single" w:sz="4" w:space="0" w:color="9AA5B1"/>
              <w:left w:val="single" w:sz="4" w:space="0" w:color="9AA5B1"/>
              <w:bottom w:val="single" w:sz="4" w:space="0" w:color="9AA5B1"/>
              <w:right w:val="single" w:sz="4" w:space="0" w:color="9AA5B1"/>
            </w:tcBorders>
          </w:tcPr>
          <w:p>
            <w:pPr>
              <w:spacing w:before="0" w:after="0"/>
            </w:pPr>
          </w:p>
        </w:tc>
        <w:tc>
          <w:tcPr>
            <w:tcW w:type="dxa" w:w="1270"/>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361"/>
            <w:tcBorders>
              <w:top w:val="single" w:sz="4" w:space="0" w:color="9AA5B1"/>
              <w:left w:val="single" w:sz="4" w:space="0" w:color="9AA5B1"/>
              <w:bottom w:val="single" w:sz="4" w:space="0" w:color="9AA5B1"/>
              <w:right w:val="single" w:sz="4" w:space="0" w:color="9AA5B1"/>
            </w:tcBorders>
          </w:tcPr>
          <w:p>
            <w:pPr>
              <w:spacing w:before="0" w:after="0"/>
            </w:pPr>
          </w:p>
        </w:tc>
        <w:tc>
          <w:tcPr>
            <w:tcW w:type="dxa" w:w="1452"/>
            <w:tcBorders>
              <w:top w:val="single" w:sz="4" w:space="0" w:color="9AA5B1"/>
              <w:left w:val="single" w:sz="4" w:space="0" w:color="9AA5B1"/>
              <w:bottom w:val="single" w:sz="4" w:space="0" w:color="9AA5B1"/>
              <w:right w:val="single" w:sz="4" w:space="0" w:color="9AA5B1"/>
            </w:tcBorders>
          </w:tcPr>
          <w:p>
            <w:pPr>
              <w:spacing w:before="0" w:after="0"/>
            </w:pPr>
          </w:p>
        </w:tc>
        <w:tc>
          <w:tcPr>
            <w:tcW w:type="dxa" w:w="976"/>
            <w:tcBorders>
              <w:top w:val="single" w:sz="4" w:space="0" w:color="9AA5B1"/>
              <w:left w:val="single" w:sz="4" w:space="0" w:color="9AA5B1"/>
              <w:bottom w:val="single" w:sz="4" w:space="0" w:color="9AA5B1"/>
              <w:right w:val="single" w:sz="4" w:space="0" w:color="9AA5B1"/>
            </w:tcBorders>
          </w:tcPr>
          <w:p>
            <w:pPr>
              <w:spacing w:before="0" w:after="0"/>
            </w:pPr>
          </w:p>
        </w:tc>
        <w:tc>
          <w:tcPr>
            <w:tcW w:type="dxa" w:w="1633"/>
            <w:tcBorders>
              <w:top w:val="single" w:sz="4" w:space="0" w:color="9AA5B1"/>
              <w:left w:val="single" w:sz="4" w:space="0" w:color="9AA5B1"/>
              <w:bottom w:val="single" w:sz="4" w:space="0" w:color="9AA5B1"/>
              <w:right w:val="single" w:sz="4" w:space="0" w:color="9AA5B1"/>
            </w:tcBorders>
          </w:tcPr>
          <w:p>
            <w:pPr>
              <w:spacing w:before="0" w:after="0"/>
            </w:pPr>
          </w:p>
        </w:tc>
        <w:tc>
          <w:tcPr>
            <w:tcW w:type="dxa" w:w="2268"/>
            <w:tcBorders>
              <w:top w:val="single" w:sz="4" w:space="0" w:color="9AA5B1"/>
              <w:left w:val="single" w:sz="4" w:space="0" w:color="9AA5B1"/>
              <w:bottom w:val="single" w:sz="4" w:space="0" w:color="9AA5B1"/>
              <w:right w:val="single" w:sz="4" w:space="0" w:color="9AA5B1"/>
            </w:tcBorders>
          </w:tcPr>
          <w:p>
            <w:pPr>
              <w:spacing w:before="0" w:after="0"/>
            </w:pPr>
          </w:p>
        </w:tc>
        <w:tc>
          <w:tcPr>
            <w:tcW w:type="dxa" w:w="976"/>
            <w:tcBorders>
              <w:top w:val="single" w:sz="4" w:space="0" w:color="9AA5B1"/>
              <w:left w:val="single" w:sz="4" w:space="0" w:color="9AA5B1"/>
              <w:bottom w:val="single" w:sz="4" w:space="0" w:color="9AA5B1"/>
              <w:right w:val="single" w:sz="4" w:space="0" w:color="9AA5B1"/>
            </w:tcBorders>
          </w:tcPr>
          <w:p>
            <w:pPr>
              <w:spacing w:before="0" w:after="0"/>
            </w:pPr>
          </w:p>
        </w:tc>
        <w:tc>
          <w:tcPr>
            <w:tcW w:type="dxa" w:w="1270"/>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361"/>
            <w:tcBorders>
              <w:top w:val="single" w:sz="4" w:space="0" w:color="9AA5B1"/>
              <w:left w:val="single" w:sz="4" w:space="0" w:color="9AA5B1"/>
              <w:bottom w:val="single" w:sz="4" w:space="0" w:color="9AA5B1"/>
              <w:right w:val="single" w:sz="4" w:space="0" w:color="9AA5B1"/>
            </w:tcBorders>
          </w:tcPr>
          <w:p>
            <w:pPr>
              <w:spacing w:before="0" w:after="0"/>
            </w:pPr>
          </w:p>
        </w:tc>
        <w:tc>
          <w:tcPr>
            <w:tcW w:type="dxa" w:w="1452"/>
            <w:tcBorders>
              <w:top w:val="single" w:sz="4" w:space="0" w:color="9AA5B1"/>
              <w:left w:val="single" w:sz="4" w:space="0" w:color="9AA5B1"/>
              <w:bottom w:val="single" w:sz="4" w:space="0" w:color="9AA5B1"/>
              <w:right w:val="single" w:sz="4" w:space="0" w:color="9AA5B1"/>
            </w:tcBorders>
          </w:tcPr>
          <w:p>
            <w:pPr>
              <w:spacing w:before="0" w:after="0"/>
            </w:pPr>
          </w:p>
        </w:tc>
        <w:tc>
          <w:tcPr>
            <w:tcW w:type="dxa" w:w="976"/>
            <w:tcBorders>
              <w:top w:val="single" w:sz="4" w:space="0" w:color="9AA5B1"/>
              <w:left w:val="single" w:sz="4" w:space="0" w:color="9AA5B1"/>
              <w:bottom w:val="single" w:sz="4" w:space="0" w:color="9AA5B1"/>
              <w:right w:val="single" w:sz="4" w:space="0" w:color="9AA5B1"/>
            </w:tcBorders>
          </w:tcPr>
          <w:p>
            <w:pPr>
              <w:spacing w:before="0" w:after="0"/>
            </w:pPr>
          </w:p>
        </w:tc>
        <w:tc>
          <w:tcPr>
            <w:tcW w:type="dxa" w:w="1633"/>
            <w:tcBorders>
              <w:top w:val="single" w:sz="4" w:space="0" w:color="9AA5B1"/>
              <w:left w:val="single" w:sz="4" w:space="0" w:color="9AA5B1"/>
              <w:bottom w:val="single" w:sz="4" w:space="0" w:color="9AA5B1"/>
              <w:right w:val="single" w:sz="4" w:space="0" w:color="9AA5B1"/>
            </w:tcBorders>
          </w:tcPr>
          <w:p>
            <w:pPr>
              <w:spacing w:before="0" w:after="0"/>
            </w:pPr>
          </w:p>
        </w:tc>
        <w:tc>
          <w:tcPr>
            <w:tcW w:type="dxa" w:w="2268"/>
            <w:tcBorders>
              <w:top w:val="single" w:sz="4" w:space="0" w:color="9AA5B1"/>
              <w:left w:val="single" w:sz="4" w:space="0" w:color="9AA5B1"/>
              <w:bottom w:val="single" w:sz="4" w:space="0" w:color="9AA5B1"/>
              <w:right w:val="single" w:sz="4" w:space="0" w:color="9AA5B1"/>
            </w:tcBorders>
          </w:tcPr>
          <w:p>
            <w:pPr>
              <w:spacing w:before="0" w:after="0"/>
            </w:pPr>
          </w:p>
        </w:tc>
        <w:tc>
          <w:tcPr>
            <w:tcW w:type="dxa" w:w="976"/>
            <w:tcBorders>
              <w:top w:val="single" w:sz="4" w:space="0" w:color="9AA5B1"/>
              <w:left w:val="single" w:sz="4" w:space="0" w:color="9AA5B1"/>
              <w:bottom w:val="single" w:sz="4" w:space="0" w:color="9AA5B1"/>
              <w:right w:val="single" w:sz="4" w:space="0" w:color="9AA5B1"/>
            </w:tcBorders>
          </w:tcPr>
          <w:p>
            <w:pPr>
              <w:spacing w:before="0" w:after="0"/>
            </w:pPr>
          </w:p>
        </w:tc>
        <w:tc>
          <w:tcPr>
            <w:tcW w:type="dxa" w:w="1270"/>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361"/>
            <w:tcBorders>
              <w:top w:val="single" w:sz="4" w:space="0" w:color="9AA5B1"/>
              <w:left w:val="single" w:sz="4" w:space="0" w:color="9AA5B1"/>
              <w:bottom w:val="single" w:sz="4" w:space="0" w:color="9AA5B1"/>
              <w:right w:val="single" w:sz="4" w:space="0" w:color="9AA5B1"/>
            </w:tcBorders>
          </w:tcPr>
          <w:p>
            <w:pPr>
              <w:spacing w:before="0" w:after="0"/>
            </w:pPr>
          </w:p>
        </w:tc>
        <w:tc>
          <w:tcPr>
            <w:tcW w:type="dxa" w:w="1452"/>
            <w:tcBorders>
              <w:top w:val="single" w:sz="4" w:space="0" w:color="9AA5B1"/>
              <w:left w:val="single" w:sz="4" w:space="0" w:color="9AA5B1"/>
              <w:bottom w:val="single" w:sz="4" w:space="0" w:color="9AA5B1"/>
              <w:right w:val="single" w:sz="4" w:space="0" w:color="9AA5B1"/>
            </w:tcBorders>
          </w:tcPr>
          <w:p>
            <w:pPr>
              <w:spacing w:before="0" w:after="0"/>
            </w:pPr>
          </w:p>
        </w:tc>
        <w:tc>
          <w:tcPr>
            <w:tcW w:type="dxa" w:w="976"/>
            <w:tcBorders>
              <w:top w:val="single" w:sz="4" w:space="0" w:color="9AA5B1"/>
              <w:left w:val="single" w:sz="4" w:space="0" w:color="9AA5B1"/>
              <w:bottom w:val="single" w:sz="4" w:space="0" w:color="9AA5B1"/>
              <w:right w:val="single" w:sz="4" w:space="0" w:color="9AA5B1"/>
            </w:tcBorders>
          </w:tcPr>
          <w:p>
            <w:pPr>
              <w:spacing w:before="0" w:after="0"/>
            </w:pPr>
          </w:p>
        </w:tc>
        <w:tc>
          <w:tcPr>
            <w:tcW w:type="dxa" w:w="1633"/>
            <w:tcBorders>
              <w:top w:val="single" w:sz="4" w:space="0" w:color="9AA5B1"/>
              <w:left w:val="single" w:sz="4" w:space="0" w:color="9AA5B1"/>
              <w:bottom w:val="single" w:sz="4" w:space="0" w:color="9AA5B1"/>
              <w:right w:val="single" w:sz="4" w:space="0" w:color="9AA5B1"/>
            </w:tcBorders>
          </w:tcPr>
          <w:p>
            <w:pPr>
              <w:spacing w:before="0" w:after="0"/>
            </w:pPr>
          </w:p>
        </w:tc>
        <w:tc>
          <w:tcPr>
            <w:tcW w:type="dxa" w:w="2268"/>
            <w:tcBorders>
              <w:top w:val="single" w:sz="4" w:space="0" w:color="9AA5B1"/>
              <w:left w:val="single" w:sz="4" w:space="0" w:color="9AA5B1"/>
              <w:bottom w:val="single" w:sz="4" w:space="0" w:color="9AA5B1"/>
              <w:right w:val="single" w:sz="4" w:space="0" w:color="9AA5B1"/>
            </w:tcBorders>
          </w:tcPr>
          <w:p>
            <w:pPr>
              <w:spacing w:before="0" w:after="0"/>
            </w:pPr>
          </w:p>
        </w:tc>
        <w:tc>
          <w:tcPr>
            <w:tcW w:type="dxa" w:w="976"/>
            <w:tcBorders>
              <w:top w:val="single" w:sz="4" w:space="0" w:color="9AA5B1"/>
              <w:left w:val="single" w:sz="4" w:space="0" w:color="9AA5B1"/>
              <w:bottom w:val="single" w:sz="4" w:space="0" w:color="9AA5B1"/>
              <w:right w:val="single" w:sz="4" w:space="0" w:color="9AA5B1"/>
            </w:tcBorders>
          </w:tcPr>
          <w:p>
            <w:pPr>
              <w:spacing w:before="0" w:after="0"/>
            </w:pPr>
          </w:p>
        </w:tc>
        <w:tc>
          <w:tcPr>
            <w:tcW w:type="dxa" w:w="1270"/>
            <w:tcBorders>
              <w:top w:val="single" w:sz="4" w:space="0" w:color="9AA5B1"/>
              <w:left w:val="single" w:sz="4" w:space="0" w:color="9AA5B1"/>
              <w:bottom w:val="single" w:sz="4" w:space="0" w:color="9AA5B1"/>
              <w:right w:val="single" w:sz="4" w:space="0" w:color="9AA5B1"/>
            </w:tcBorders>
          </w:tcPr>
          <w:p>
            <w:pPr>
              <w:spacing w:before="0" w:after="0"/>
            </w:pPr>
          </w:p>
        </w:tc>
      </w:tr>
    </w:tbl>
    <w:p>
      <w:pPr>
        <w:spacing w:before="0" w:after="0" w:line="80" w:lineRule="exact"/>
      </w:pPr>
      <w:r>
        <w:rPr>
          <w:sz w:val="4"/>
        </w:rPr>
      </w:r>
    </w:p>
    <w:p>
      <w:pPr>
        <w:spacing w:before="0" w:after="120"/>
      </w:pPr>
      <w:r>
        <w:rPr>
          <w:b w:val="0"/>
          <w:i w:val="0"/>
        </w:rPr>
        <w:t>Avoid false precision. If a number cannot be checked against evidence, use qualitative language or mark the claim as needing verification.</w:t>
      </w:r>
    </w:p>
    <w:p>
      <w:pPr>
        <w:pStyle w:val="Heading1"/>
      </w:pPr>
      <w:r>
        <w:rPr>
          <w:b/>
          <w:i w:val="0"/>
        </w:rPr>
        <w:t>Step 8 — Skills Section Check</w:t>
      </w:r>
    </w:p>
    <w:p>
      <w:pPr>
        <w:spacing w:before="0" w:after="120"/>
      </w:pPr>
      <w:r>
        <w:rPr>
          <w:b w:val="0"/>
          <w:i w:val="0"/>
        </w:rPr>
        <w:t>List only skills the record can support.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764"/>
        <w:gridCol w:w="1203"/>
        <w:gridCol w:w="1956"/>
        <w:gridCol w:w="1807"/>
        <w:gridCol w:w="1203"/>
      </w:tblGrid>
      <w:tr>
        <w:trPr>
          <w:cantSplit/>
          <w:trHeight w:val="432" w:hRule="atLeast"/>
          <w:tblHeader/>
        </w:trPr>
        <w:tc>
          <w:tcPr>
            <w:tcW w:type="dxa" w:w="3764"/>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Skill / Tool / Capability</w:t>
            </w:r>
          </w:p>
        </w:tc>
        <w:tc>
          <w:tcPr>
            <w:tcW w:type="dxa" w:w="1204"/>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Evidence</w:t>
            </w:r>
          </w:p>
        </w:tc>
        <w:tc>
          <w:tcPr>
            <w:tcW w:type="dxa" w:w="1957"/>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Current Level</w:t>
            </w:r>
          </w:p>
        </w:tc>
        <w:tc>
          <w:tcPr>
            <w:tcW w:type="dxa" w:w="1807"/>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Claim Status</w:t>
            </w:r>
          </w:p>
        </w:tc>
        <w:tc>
          <w:tcPr>
            <w:tcW w:type="dxa" w:w="1204"/>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Include?</w:t>
            </w:r>
          </w:p>
        </w:tc>
      </w:tr>
      <w:tr>
        <w:trPr>
          <w:cantSplit/>
          <w:trHeight w:val="518" w:hRule="atLeast"/>
        </w:trPr>
        <w:tc>
          <w:tcPr>
            <w:tcW w:type="dxa" w:w="3764"/>
            <w:tcBorders>
              <w:top w:val="single" w:sz="4" w:space="0" w:color="9AA5B1"/>
              <w:left w:val="single" w:sz="4" w:space="0" w:color="9AA5B1"/>
              <w:bottom w:val="single" w:sz="4" w:space="0" w:color="9AA5B1"/>
              <w:right w:val="single" w:sz="4" w:space="0" w:color="9AA5B1"/>
            </w:tcBorders>
          </w:tcPr>
          <w:p>
            <w:pPr>
              <w:spacing w:before="0" w:after="0"/>
            </w:pPr>
            <w:r>
              <w:rPr>
                <w:b w:val="0"/>
                <w:i/>
                <w:color w:val="5A636E"/>
                <w:sz w:val="18"/>
              </w:rPr>
              <w:t>Proven / Supported / Emerging / Outdated</w:t>
            </w:r>
          </w:p>
        </w:tc>
        <w:tc>
          <w:tcPr>
            <w:tcW w:type="dxa" w:w="1204"/>
            <w:tcBorders>
              <w:top w:val="single" w:sz="4" w:space="0" w:color="9AA5B1"/>
              <w:left w:val="single" w:sz="4" w:space="0" w:color="9AA5B1"/>
              <w:bottom w:val="single" w:sz="4" w:space="0" w:color="9AA5B1"/>
              <w:right w:val="single" w:sz="4" w:space="0" w:color="9AA5B1"/>
            </w:tcBorders>
          </w:tcPr>
          <w:p>
            <w:pPr>
              <w:spacing w:before="0" w:after="0"/>
            </w:pPr>
            <w:r>
              <w:rPr>
                <w:b w:val="0"/>
                <w:i/>
                <w:color w:val="5A636E"/>
                <w:sz w:val="18"/>
              </w:rPr>
              <w:t>Yes / No</w:t>
            </w:r>
          </w:p>
        </w:tc>
        <w:tc>
          <w:tcPr>
            <w:tcW w:type="dxa" w:w="1957"/>
            <w:tcBorders>
              <w:top w:val="single" w:sz="4" w:space="0" w:color="9AA5B1"/>
              <w:left w:val="single" w:sz="4" w:space="0" w:color="9AA5B1"/>
              <w:bottom w:val="single" w:sz="4" w:space="0" w:color="9AA5B1"/>
              <w:right w:val="single" w:sz="4" w:space="0" w:color="9AA5B1"/>
            </w:tcBorders>
          </w:tcPr>
          <w:p>
            <w:pPr>
              <w:spacing w:before="0" w:after="0"/>
            </w:pPr>
          </w:p>
        </w:tc>
        <w:tc>
          <w:tcPr>
            <w:tcW w:type="dxa" w:w="1807"/>
            <w:tcBorders>
              <w:top w:val="single" w:sz="4" w:space="0" w:color="9AA5B1"/>
              <w:left w:val="single" w:sz="4" w:space="0" w:color="9AA5B1"/>
              <w:bottom w:val="single" w:sz="4" w:space="0" w:color="9AA5B1"/>
              <w:right w:val="single" w:sz="4" w:space="0" w:color="9AA5B1"/>
            </w:tcBorders>
          </w:tcPr>
          <w:p>
            <w:pPr>
              <w:spacing w:before="0" w:after="0"/>
            </w:pPr>
          </w:p>
        </w:tc>
        <w:tc>
          <w:tcPr>
            <w:tcW w:type="dxa" w:w="1204"/>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3764"/>
            <w:tcBorders>
              <w:top w:val="single" w:sz="4" w:space="0" w:color="9AA5B1"/>
              <w:left w:val="single" w:sz="4" w:space="0" w:color="9AA5B1"/>
              <w:bottom w:val="single" w:sz="4" w:space="0" w:color="9AA5B1"/>
              <w:right w:val="single" w:sz="4" w:space="0" w:color="9AA5B1"/>
            </w:tcBorders>
          </w:tcPr>
          <w:p>
            <w:pPr>
              <w:spacing w:before="0" w:after="0"/>
            </w:pPr>
          </w:p>
        </w:tc>
        <w:tc>
          <w:tcPr>
            <w:tcW w:type="dxa" w:w="1204"/>
            <w:tcBorders>
              <w:top w:val="single" w:sz="4" w:space="0" w:color="9AA5B1"/>
              <w:left w:val="single" w:sz="4" w:space="0" w:color="9AA5B1"/>
              <w:bottom w:val="single" w:sz="4" w:space="0" w:color="9AA5B1"/>
              <w:right w:val="single" w:sz="4" w:space="0" w:color="9AA5B1"/>
            </w:tcBorders>
          </w:tcPr>
          <w:p>
            <w:pPr>
              <w:spacing w:before="0" w:after="0"/>
            </w:pPr>
          </w:p>
        </w:tc>
        <w:tc>
          <w:tcPr>
            <w:tcW w:type="dxa" w:w="1957"/>
            <w:tcBorders>
              <w:top w:val="single" w:sz="4" w:space="0" w:color="9AA5B1"/>
              <w:left w:val="single" w:sz="4" w:space="0" w:color="9AA5B1"/>
              <w:bottom w:val="single" w:sz="4" w:space="0" w:color="9AA5B1"/>
              <w:right w:val="single" w:sz="4" w:space="0" w:color="9AA5B1"/>
            </w:tcBorders>
          </w:tcPr>
          <w:p>
            <w:pPr>
              <w:spacing w:before="0" w:after="0"/>
            </w:pPr>
          </w:p>
        </w:tc>
        <w:tc>
          <w:tcPr>
            <w:tcW w:type="dxa" w:w="1807"/>
            <w:tcBorders>
              <w:top w:val="single" w:sz="4" w:space="0" w:color="9AA5B1"/>
              <w:left w:val="single" w:sz="4" w:space="0" w:color="9AA5B1"/>
              <w:bottom w:val="single" w:sz="4" w:space="0" w:color="9AA5B1"/>
              <w:right w:val="single" w:sz="4" w:space="0" w:color="9AA5B1"/>
            </w:tcBorders>
          </w:tcPr>
          <w:p>
            <w:pPr>
              <w:spacing w:before="0" w:after="0"/>
            </w:pPr>
          </w:p>
        </w:tc>
        <w:tc>
          <w:tcPr>
            <w:tcW w:type="dxa" w:w="1204"/>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3764"/>
            <w:tcBorders>
              <w:top w:val="single" w:sz="4" w:space="0" w:color="9AA5B1"/>
              <w:left w:val="single" w:sz="4" w:space="0" w:color="9AA5B1"/>
              <w:bottom w:val="single" w:sz="4" w:space="0" w:color="9AA5B1"/>
              <w:right w:val="single" w:sz="4" w:space="0" w:color="9AA5B1"/>
            </w:tcBorders>
          </w:tcPr>
          <w:p>
            <w:pPr>
              <w:spacing w:before="0" w:after="0"/>
            </w:pPr>
          </w:p>
        </w:tc>
        <w:tc>
          <w:tcPr>
            <w:tcW w:type="dxa" w:w="1204"/>
            <w:tcBorders>
              <w:top w:val="single" w:sz="4" w:space="0" w:color="9AA5B1"/>
              <w:left w:val="single" w:sz="4" w:space="0" w:color="9AA5B1"/>
              <w:bottom w:val="single" w:sz="4" w:space="0" w:color="9AA5B1"/>
              <w:right w:val="single" w:sz="4" w:space="0" w:color="9AA5B1"/>
            </w:tcBorders>
          </w:tcPr>
          <w:p>
            <w:pPr>
              <w:spacing w:before="0" w:after="0"/>
            </w:pPr>
          </w:p>
        </w:tc>
        <w:tc>
          <w:tcPr>
            <w:tcW w:type="dxa" w:w="1957"/>
            <w:tcBorders>
              <w:top w:val="single" w:sz="4" w:space="0" w:color="9AA5B1"/>
              <w:left w:val="single" w:sz="4" w:space="0" w:color="9AA5B1"/>
              <w:bottom w:val="single" w:sz="4" w:space="0" w:color="9AA5B1"/>
              <w:right w:val="single" w:sz="4" w:space="0" w:color="9AA5B1"/>
            </w:tcBorders>
          </w:tcPr>
          <w:p>
            <w:pPr>
              <w:spacing w:before="0" w:after="0"/>
            </w:pPr>
          </w:p>
        </w:tc>
        <w:tc>
          <w:tcPr>
            <w:tcW w:type="dxa" w:w="1807"/>
            <w:tcBorders>
              <w:top w:val="single" w:sz="4" w:space="0" w:color="9AA5B1"/>
              <w:left w:val="single" w:sz="4" w:space="0" w:color="9AA5B1"/>
              <w:bottom w:val="single" w:sz="4" w:space="0" w:color="9AA5B1"/>
              <w:right w:val="single" w:sz="4" w:space="0" w:color="9AA5B1"/>
            </w:tcBorders>
          </w:tcPr>
          <w:p>
            <w:pPr>
              <w:spacing w:before="0" w:after="0"/>
            </w:pPr>
          </w:p>
        </w:tc>
        <w:tc>
          <w:tcPr>
            <w:tcW w:type="dxa" w:w="1204"/>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3764"/>
            <w:tcBorders>
              <w:top w:val="single" w:sz="4" w:space="0" w:color="9AA5B1"/>
              <w:left w:val="single" w:sz="4" w:space="0" w:color="9AA5B1"/>
              <w:bottom w:val="single" w:sz="4" w:space="0" w:color="9AA5B1"/>
              <w:right w:val="single" w:sz="4" w:space="0" w:color="9AA5B1"/>
            </w:tcBorders>
          </w:tcPr>
          <w:p>
            <w:pPr>
              <w:spacing w:before="0" w:after="0"/>
            </w:pPr>
          </w:p>
        </w:tc>
        <w:tc>
          <w:tcPr>
            <w:tcW w:type="dxa" w:w="1204"/>
            <w:tcBorders>
              <w:top w:val="single" w:sz="4" w:space="0" w:color="9AA5B1"/>
              <w:left w:val="single" w:sz="4" w:space="0" w:color="9AA5B1"/>
              <w:bottom w:val="single" w:sz="4" w:space="0" w:color="9AA5B1"/>
              <w:right w:val="single" w:sz="4" w:space="0" w:color="9AA5B1"/>
            </w:tcBorders>
          </w:tcPr>
          <w:p>
            <w:pPr>
              <w:spacing w:before="0" w:after="0"/>
            </w:pPr>
          </w:p>
        </w:tc>
        <w:tc>
          <w:tcPr>
            <w:tcW w:type="dxa" w:w="1957"/>
            <w:tcBorders>
              <w:top w:val="single" w:sz="4" w:space="0" w:color="9AA5B1"/>
              <w:left w:val="single" w:sz="4" w:space="0" w:color="9AA5B1"/>
              <w:bottom w:val="single" w:sz="4" w:space="0" w:color="9AA5B1"/>
              <w:right w:val="single" w:sz="4" w:space="0" w:color="9AA5B1"/>
            </w:tcBorders>
          </w:tcPr>
          <w:p>
            <w:pPr>
              <w:spacing w:before="0" w:after="0"/>
            </w:pPr>
          </w:p>
        </w:tc>
        <w:tc>
          <w:tcPr>
            <w:tcW w:type="dxa" w:w="1807"/>
            <w:tcBorders>
              <w:top w:val="single" w:sz="4" w:space="0" w:color="9AA5B1"/>
              <w:left w:val="single" w:sz="4" w:space="0" w:color="9AA5B1"/>
              <w:bottom w:val="single" w:sz="4" w:space="0" w:color="9AA5B1"/>
              <w:right w:val="single" w:sz="4" w:space="0" w:color="9AA5B1"/>
            </w:tcBorders>
          </w:tcPr>
          <w:p>
            <w:pPr>
              <w:spacing w:before="0" w:after="0"/>
            </w:pPr>
          </w:p>
        </w:tc>
        <w:tc>
          <w:tcPr>
            <w:tcW w:type="dxa" w:w="1204"/>
            <w:tcBorders>
              <w:top w:val="single" w:sz="4" w:space="0" w:color="9AA5B1"/>
              <w:left w:val="single" w:sz="4" w:space="0" w:color="9AA5B1"/>
              <w:bottom w:val="single" w:sz="4" w:space="0" w:color="9AA5B1"/>
              <w:right w:val="single" w:sz="4" w:space="0" w:color="9AA5B1"/>
            </w:tcBorders>
          </w:tcPr>
          <w:p>
            <w:pPr>
              <w:spacing w:before="0" w:after="0"/>
            </w:pPr>
          </w:p>
        </w:tc>
      </w:tr>
    </w:tbl>
    <w:p>
      <w:pPr>
        <w:spacing w:before="0" w:after="0" w:line="80" w:lineRule="exact"/>
      </w:pPr>
      <w:r>
        <w:rPr>
          <w:sz w:val="4"/>
        </w:rPr>
      </w:r>
    </w:p>
    <w:p>
      <w:pPr>
        <w:keepNext/>
        <w:spacing w:before="0" w:after="60"/>
      </w:pPr>
      <w:r>
        <w:rPr>
          <w:b/>
          <w:i w:val="0"/>
        </w:rPr>
        <w:t>Ask:</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Would I be comfortable answering questions about this skill?</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Is the skill current?</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Does the record show use, not only interest?</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Should this be listed as emerging rather than established?</w:t>
      </w:r>
    </w:p>
    <w:p>
      <w:pPr>
        <w:pStyle w:val="Heading1"/>
      </w:pPr>
      <w:r>
        <w:rPr>
          <w:b/>
          <w:i w:val="0"/>
        </w:rPr>
        <w:t>Step 9 — Build the Summary Last</w:t>
      </w:r>
    </w:p>
    <w:p>
      <w:pPr>
        <w:spacing w:before="0" w:after="120"/>
      </w:pPr>
      <w:r>
        <w:rPr>
          <w:b w:val="0"/>
          <w:i w:val="0"/>
        </w:rPr>
        <w:t>After selecting claims and drafting bullets, write the professional summary.</w:t>
      </w:r>
    </w:p>
    <w:p>
      <w:pPr>
        <w:spacing w:before="0" w:after="120"/>
      </w:pPr>
      <w:r>
        <w:rPr>
          <w:b w:val="0"/>
          <w:i w:val="0"/>
        </w:rPr>
        <w:t>A good summary should name the professional lane, strongest supported claims, and relevant direction. Avoid generic adjectives that are not supported by evidence.</w:t>
      </w:r>
    </w:p>
    <w:p>
      <w:pPr>
        <w:pStyle w:val="Heading2"/>
      </w:pPr>
      <w:r>
        <w:rPr>
          <w:b/>
          <w:i w:val="0"/>
        </w:rPr>
        <w:t>Summary Source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Professional lane: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Strongest supported claim:</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Second supported claim:</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Relevant context or transition:</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Current direction:</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Summary Draft</w:t>
      </w:r>
    </w:p>
    <w:p>
      <w:pPr>
        <w:spacing w:before="0" w:after="120"/>
      </w:pPr>
      <w:r>
        <w:rPr>
          <w:b w:val="0"/>
          <w:i w:val="0"/>
        </w:rPr>
        <w:t>Write two or three sentences.</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1584"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Summary Check</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Every sentence is supported by the record.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The summary does not overstate scope, title, or readiness.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The summary helps the reader understand how to read the resume.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The summary is specific enough to avoid generic professional language.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The summary fits the audience.</w:t>
      </w:r>
    </w:p>
    <w:p>
      <w:pPr>
        <w:pStyle w:val="Heading1"/>
      </w:pPr>
      <w:r>
        <w:rPr>
          <w:b/>
          <w:i w:val="0"/>
        </w:rPr>
        <w:t>Step 10 — Privacy Check</w:t>
      </w:r>
    </w:p>
    <w:p>
      <w:pPr>
        <w:spacing w:before="0" w:after="120"/>
      </w:pPr>
      <w:r>
        <w:rPr>
          <w:b w:val="0"/>
          <w:i w:val="0"/>
        </w:rPr>
        <w:t>Before using the resume, check every claim for exposure risk.</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536"/>
        <w:gridCol w:w="2357"/>
        <w:gridCol w:w="1347"/>
        <w:gridCol w:w="2694"/>
      </w:tblGrid>
      <w:tr>
        <w:trPr>
          <w:cantSplit/>
          <w:trHeight w:val="432" w:hRule="atLeast"/>
          <w:tblHeader/>
        </w:trPr>
        <w:tc>
          <w:tcPr>
            <w:tcW w:type="dxa" w:w="3537"/>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20"/>
              </w:rPr>
              <w:t>Resume Claim / Bullet</w:t>
            </w:r>
          </w:p>
        </w:tc>
        <w:tc>
          <w:tcPr>
            <w:tcW w:type="dxa" w:w="2357"/>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20"/>
              </w:rPr>
              <w:t>Privacy Status</w:t>
            </w:r>
          </w:p>
        </w:tc>
        <w:tc>
          <w:tcPr>
            <w:tcW w:type="dxa" w:w="1348"/>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20"/>
              </w:rPr>
              <w:t>Issue</w:t>
            </w:r>
          </w:p>
        </w:tc>
        <w:tc>
          <w:tcPr>
            <w:tcW w:type="dxa" w:w="2694"/>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20"/>
              </w:rPr>
              <w:t>Revision Needed?</w:t>
            </w:r>
          </w:p>
        </w:tc>
      </w:tr>
      <w:tr>
        <w:trPr>
          <w:cantSplit/>
          <w:trHeight w:val="518" w:hRule="atLeast"/>
        </w:trPr>
        <w:tc>
          <w:tcPr>
            <w:tcW w:type="dxa" w:w="3537"/>
            <w:tcBorders>
              <w:top w:val="single" w:sz="4" w:space="0" w:color="9AA5B1"/>
              <w:left w:val="single" w:sz="4" w:space="0" w:color="9AA5B1"/>
              <w:bottom w:val="single" w:sz="4" w:space="0" w:color="9AA5B1"/>
              <w:right w:val="single" w:sz="4" w:space="0" w:color="9AA5B1"/>
            </w:tcBorders>
          </w:tcPr>
          <w:p>
            <w:pPr>
              <w:spacing w:before="0" w:after="0"/>
            </w:pPr>
            <w:r>
              <w:rPr>
                <w:b w:val="0"/>
                <w:i/>
                <w:color w:val="5A636E"/>
                <w:sz w:val="20"/>
              </w:rPr>
              <w:t>Public / Shareable with care / Summary only / Private / Do not use externally</w:t>
            </w:r>
          </w:p>
        </w:tc>
        <w:tc>
          <w:tcPr>
            <w:tcW w:type="dxa" w:w="2357"/>
            <w:tcBorders>
              <w:top w:val="single" w:sz="4" w:space="0" w:color="9AA5B1"/>
              <w:left w:val="single" w:sz="4" w:space="0" w:color="9AA5B1"/>
              <w:bottom w:val="single" w:sz="4" w:space="0" w:color="9AA5B1"/>
              <w:right w:val="single" w:sz="4" w:space="0" w:color="9AA5B1"/>
            </w:tcBorders>
          </w:tcPr>
          <w:p>
            <w:pPr>
              <w:spacing w:before="0" w:after="0"/>
            </w:pPr>
            <w:r>
              <w:rPr>
                <w:b w:val="0"/>
                <w:i/>
                <w:color w:val="5A636E"/>
                <w:sz w:val="20"/>
              </w:rPr>
              <w:t>Yes / No</w:t>
            </w:r>
          </w:p>
        </w:tc>
        <w:tc>
          <w:tcPr>
            <w:tcW w:type="dxa" w:w="1348"/>
            <w:tcBorders>
              <w:top w:val="single" w:sz="4" w:space="0" w:color="9AA5B1"/>
              <w:left w:val="single" w:sz="4" w:space="0" w:color="9AA5B1"/>
              <w:bottom w:val="single" w:sz="4" w:space="0" w:color="9AA5B1"/>
              <w:right w:val="single" w:sz="4" w:space="0" w:color="9AA5B1"/>
            </w:tcBorders>
          </w:tcPr>
          <w:p>
            <w:pPr>
              <w:spacing w:before="0" w:after="0"/>
            </w:pPr>
          </w:p>
        </w:tc>
        <w:tc>
          <w:tcPr>
            <w:tcW w:type="dxa" w:w="2694"/>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3537"/>
            <w:tcBorders>
              <w:top w:val="single" w:sz="4" w:space="0" w:color="9AA5B1"/>
              <w:left w:val="single" w:sz="4" w:space="0" w:color="9AA5B1"/>
              <w:bottom w:val="single" w:sz="4" w:space="0" w:color="9AA5B1"/>
              <w:right w:val="single" w:sz="4" w:space="0" w:color="9AA5B1"/>
            </w:tcBorders>
          </w:tcPr>
          <w:p>
            <w:pPr>
              <w:spacing w:before="0" w:after="0"/>
            </w:pPr>
          </w:p>
        </w:tc>
        <w:tc>
          <w:tcPr>
            <w:tcW w:type="dxa" w:w="2357"/>
            <w:tcBorders>
              <w:top w:val="single" w:sz="4" w:space="0" w:color="9AA5B1"/>
              <w:left w:val="single" w:sz="4" w:space="0" w:color="9AA5B1"/>
              <w:bottom w:val="single" w:sz="4" w:space="0" w:color="9AA5B1"/>
              <w:right w:val="single" w:sz="4" w:space="0" w:color="9AA5B1"/>
            </w:tcBorders>
          </w:tcPr>
          <w:p>
            <w:pPr>
              <w:spacing w:before="0" w:after="0"/>
            </w:pPr>
          </w:p>
        </w:tc>
        <w:tc>
          <w:tcPr>
            <w:tcW w:type="dxa" w:w="1348"/>
            <w:tcBorders>
              <w:top w:val="single" w:sz="4" w:space="0" w:color="9AA5B1"/>
              <w:left w:val="single" w:sz="4" w:space="0" w:color="9AA5B1"/>
              <w:bottom w:val="single" w:sz="4" w:space="0" w:color="9AA5B1"/>
              <w:right w:val="single" w:sz="4" w:space="0" w:color="9AA5B1"/>
            </w:tcBorders>
          </w:tcPr>
          <w:p>
            <w:pPr>
              <w:spacing w:before="0" w:after="0"/>
            </w:pPr>
          </w:p>
        </w:tc>
        <w:tc>
          <w:tcPr>
            <w:tcW w:type="dxa" w:w="2694"/>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3537"/>
            <w:tcBorders>
              <w:top w:val="single" w:sz="4" w:space="0" w:color="9AA5B1"/>
              <w:left w:val="single" w:sz="4" w:space="0" w:color="9AA5B1"/>
              <w:bottom w:val="single" w:sz="4" w:space="0" w:color="9AA5B1"/>
              <w:right w:val="single" w:sz="4" w:space="0" w:color="9AA5B1"/>
            </w:tcBorders>
          </w:tcPr>
          <w:p>
            <w:pPr>
              <w:spacing w:before="0" w:after="0"/>
            </w:pPr>
          </w:p>
        </w:tc>
        <w:tc>
          <w:tcPr>
            <w:tcW w:type="dxa" w:w="2357"/>
            <w:tcBorders>
              <w:top w:val="single" w:sz="4" w:space="0" w:color="9AA5B1"/>
              <w:left w:val="single" w:sz="4" w:space="0" w:color="9AA5B1"/>
              <w:bottom w:val="single" w:sz="4" w:space="0" w:color="9AA5B1"/>
              <w:right w:val="single" w:sz="4" w:space="0" w:color="9AA5B1"/>
            </w:tcBorders>
          </w:tcPr>
          <w:p>
            <w:pPr>
              <w:spacing w:before="0" w:after="0"/>
            </w:pPr>
          </w:p>
        </w:tc>
        <w:tc>
          <w:tcPr>
            <w:tcW w:type="dxa" w:w="1348"/>
            <w:tcBorders>
              <w:top w:val="single" w:sz="4" w:space="0" w:color="9AA5B1"/>
              <w:left w:val="single" w:sz="4" w:space="0" w:color="9AA5B1"/>
              <w:bottom w:val="single" w:sz="4" w:space="0" w:color="9AA5B1"/>
              <w:right w:val="single" w:sz="4" w:space="0" w:color="9AA5B1"/>
            </w:tcBorders>
          </w:tcPr>
          <w:p>
            <w:pPr>
              <w:spacing w:before="0" w:after="0"/>
            </w:pPr>
          </w:p>
        </w:tc>
        <w:tc>
          <w:tcPr>
            <w:tcW w:type="dxa" w:w="2694"/>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3537"/>
            <w:tcBorders>
              <w:top w:val="single" w:sz="4" w:space="0" w:color="9AA5B1"/>
              <w:left w:val="single" w:sz="4" w:space="0" w:color="9AA5B1"/>
              <w:bottom w:val="single" w:sz="4" w:space="0" w:color="9AA5B1"/>
              <w:right w:val="single" w:sz="4" w:space="0" w:color="9AA5B1"/>
            </w:tcBorders>
          </w:tcPr>
          <w:p>
            <w:pPr>
              <w:spacing w:before="0" w:after="0"/>
            </w:pPr>
          </w:p>
        </w:tc>
        <w:tc>
          <w:tcPr>
            <w:tcW w:type="dxa" w:w="2357"/>
            <w:tcBorders>
              <w:top w:val="single" w:sz="4" w:space="0" w:color="9AA5B1"/>
              <w:left w:val="single" w:sz="4" w:space="0" w:color="9AA5B1"/>
              <w:bottom w:val="single" w:sz="4" w:space="0" w:color="9AA5B1"/>
              <w:right w:val="single" w:sz="4" w:space="0" w:color="9AA5B1"/>
            </w:tcBorders>
          </w:tcPr>
          <w:p>
            <w:pPr>
              <w:spacing w:before="0" w:after="0"/>
            </w:pPr>
          </w:p>
        </w:tc>
        <w:tc>
          <w:tcPr>
            <w:tcW w:type="dxa" w:w="1348"/>
            <w:tcBorders>
              <w:top w:val="single" w:sz="4" w:space="0" w:color="9AA5B1"/>
              <w:left w:val="single" w:sz="4" w:space="0" w:color="9AA5B1"/>
              <w:bottom w:val="single" w:sz="4" w:space="0" w:color="9AA5B1"/>
              <w:right w:val="single" w:sz="4" w:space="0" w:color="9AA5B1"/>
            </w:tcBorders>
          </w:tcPr>
          <w:p>
            <w:pPr>
              <w:spacing w:before="0" w:after="0"/>
            </w:pPr>
          </w:p>
        </w:tc>
        <w:tc>
          <w:tcPr>
            <w:tcW w:type="dxa" w:w="2694"/>
            <w:tcBorders>
              <w:top w:val="single" w:sz="4" w:space="0" w:color="9AA5B1"/>
              <w:left w:val="single" w:sz="4" w:space="0" w:color="9AA5B1"/>
              <w:bottom w:val="single" w:sz="4" w:space="0" w:color="9AA5B1"/>
              <w:right w:val="single" w:sz="4" w:space="0" w:color="9AA5B1"/>
            </w:tcBorders>
          </w:tcPr>
          <w:p>
            <w:pPr>
              <w:spacing w:before="0" w:after="0"/>
            </w:pPr>
          </w:p>
        </w:tc>
      </w:tr>
    </w:tbl>
    <w:p>
      <w:pPr>
        <w:spacing w:before="0" w:after="0" w:line="80" w:lineRule="exact"/>
      </w:pPr>
      <w:r>
        <w:rPr>
          <w:sz w:val="4"/>
        </w:rPr>
      </w:r>
    </w:p>
    <w:p>
      <w:pPr>
        <w:spacing w:before="0" w:after="120"/>
      </w:pPr>
      <w:r>
        <w:rPr>
          <w:b w:val="0"/>
          <w:i w:val="0"/>
        </w:rPr>
        <w:t>Remove or revise anything that exposes confidential, sensitive, proprietary, personal, classified, restricted, client, patient, student, coworker, family, or employer-protected material.</w:t>
      </w:r>
    </w:p>
    <w:p>
      <w:pPr>
        <w:pStyle w:val="Heading1"/>
      </w:pPr>
      <w:r>
        <w:rPr>
          <w:b/>
          <w:i w:val="0"/>
        </w:rPr>
        <w:t>Step 11 — AI-Assisted Resume Check, If Applicable</w:t>
      </w:r>
    </w:p>
    <w:p>
      <w:pPr>
        <w:spacing w:before="0" w:after="120"/>
      </w:pPr>
      <w:r>
        <w:rPr>
          <w:b w:val="0"/>
          <w:i w:val="0"/>
        </w:rPr>
        <w:t>If you use AI to help render the resume, record the use.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Tool used: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Purpose: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Source material provided: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Privacy status of source material:</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Prompt or instruction used: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Output accepted, edited, or rejected: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Claims checked against evidence:</w:t>
            </w:r>
            <w:r>
              <w:rPr>
                <w:b w:val="0"/>
                <w:i/>
                <w:color w:val="5A636E"/>
                <w:sz w:val="18"/>
              </w:rPr>
              <w:t xml:space="preserve"> Yes / No</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Privacy check complete:</w:t>
            </w:r>
            <w:r>
              <w:rPr>
                <w:b w:val="0"/>
                <w:i/>
                <w:color w:val="5A636E"/>
                <w:sz w:val="18"/>
              </w:rPr>
              <w:t xml:space="preserve"> Yes / No</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Final human-approved version location:</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60"/>
      </w:pPr>
      <w:r>
        <w:rPr>
          <w:b w:val="0"/>
          <w:i w:val="0"/>
        </w:rPr>
        <w:t>Use a constraint prompt such as:</w:t>
      </w:r>
    </w:p>
    <w:p>
      <w:pPr>
        <w:spacing w:before="0" w:after="120"/>
      </w:pPr>
      <w:r>
        <w:rPr>
          <w:b w:val="0"/>
          <w:i w:val="0"/>
        </w:rPr>
        <w:t>“Using only the source material below, help me draft clearer resume bullets for [role/audience]. Do not add metrics, outcomes, tools, titles, responsibilities, or claims not present in the source. Preserve the claim status and privacy boundaries. Flag anything that needs more evidence.”</w:t>
      </w:r>
    </w:p>
    <w:p>
      <w:pPr>
        <w:pStyle w:val="Heading1"/>
      </w:pPr>
      <w:r>
        <w:rPr>
          <w:b/>
          <w:i w:val="0"/>
        </w:rPr>
        <w:t>Step 12 — Final Resume Test</w:t>
      </w:r>
    </w:p>
    <w:p>
      <w:pPr>
        <w:spacing w:before="0" w:after="120"/>
      </w:pPr>
      <w:r>
        <w:rPr>
          <w:b w:val="0"/>
          <w:i w:val="0"/>
        </w:rPr>
        <w:t>For each major claim on the resume, complete this sentence:</w:t>
      </w:r>
    </w:p>
    <w:p>
      <w:pPr>
        <w:spacing w:before="0" w:after="120"/>
      </w:pPr>
      <w:r>
        <w:rPr>
          <w:b w:val="0"/>
          <w:i w:val="0"/>
        </w:rPr>
        <w:t>If asked about this claim, I can point to __________ in my Living Professional Record.</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311"/>
        <w:gridCol w:w="4416"/>
        <w:gridCol w:w="2207"/>
      </w:tblGrid>
      <w:tr>
        <w:trPr>
          <w:cantSplit/>
          <w:trHeight w:val="432" w:hRule="atLeast"/>
          <w:tblHeader/>
        </w:trPr>
        <w:tc>
          <w:tcPr>
            <w:tcW w:type="dxa" w:w="3312"/>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20"/>
              </w:rPr>
              <w:t>Resume Claim</w:t>
            </w:r>
          </w:p>
        </w:tc>
        <w:tc>
          <w:tcPr>
            <w:tcW w:type="dxa" w:w="4416"/>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20"/>
              </w:rPr>
              <w:t>Source in Record</w:t>
            </w:r>
          </w:p>
        </w:tc>
        <w:tc>
          <w:tcPr>
            <w:tcW w:type="dxa" w:w="2208"/>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20"/>
              </w:rPr>
              <w:t>Ready?</w:t>
            </w:r>
          </w:p>
        </w:tc>
      </w:tr>
      <w:tr>
        <w:trPr>
          <w:cantSplit/>
          <w:trHeight w:val="518" w:hRule="atLeast"/>
        </w:trPr>
        <w:tc>
          <w:tcPr>
            <w:tcW w:type="dxa" w:w="3312"/>
            <w:tcBorders>
              <w:top w:val="single" w:sz="4" w:space="0" w:color="9AA5B1"/>
              <w:left w:val="single" w:sz="4" w:space="0" w:color="9AA5B1"/>
              <w:bottom w:val="single" w:sz="4" w:space="0" w:color="9AA5B1"/>
              <w:right w:val="single" w:sz="4" w:space="0" w:color="9AA5B1"/>
            </w:tcBorders>
          </w:tcPr>
          <w:p>
            <w:pPr>
              <w:spacing w:before="0" w:after="0"/>
            </w:pPr>
            <w:r>
              <w:rPr>
                <w:b w:val="0"/>
                <w:i/>
                <w:color w:val="5A636E"/>
                <w:sz w:val="20"/>
              </w:rPr>
              <w:t>Yes / No</w:t>
            </w:r>
          </w:p>
        </w:tc>
        <w:tc>
          <w:tcPr>
            <w:tcW w:type="dxa" w:w="4416"/>
            <w:tcBorders>
              <w:top w:val="single" w:sz="4" w:space="0" w:color="9AA5B1"/>
              <w:left w:val="single" w:sz="4" w:space="0" w:color="9AA5B1"/>
              <w:bottom w:val="single" w:sz="4" w:space="0" w:color="9AA5B1"/>
              <w:right w:val="single" w:sz="4" w:space="0" w:color="9AA5B1"/>
            </w:tcBorders>
          </w:tcPr>
          <w:p>
            <w:pPr>
              <w:spacing w:before="0" w:after="0"/>
            </w:pPr>
          </w:p>
        </w:tc>
        <w:tc>
          <w:tcPr>
            <w:tcW w:type="dxa" w:w="2208"/>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3312"/>
            <w:tcBorders>
              <w:top w:val="single" w:sz="4" w:space="0" w:color="9AA5B1"/>
              <w:left w:val="single" w:sz="4" w:space="0" w:color="9AA5B1"/>
              <w:bottom w:val="single" w:sz="4" w:space="0" w:color="9AA5B1"/>
              <w:right w:val="single" w:sz="4" w:space="0" w:color="9AA5B1"/>
            </w:tcBorders>
          </w:tcPr>
          <w:p>
            <w:pPr>
              <w:spacing w:before="0" w:after="0"/>
            </w:pPr>
            <w:r>
              <w:rPr>
                <w:b w:val="0"/>
                <w:i/>
                <w:color w:val="5A636E"/>
                <w:sz w:val="20"/>
              </w:rPr>
              <w:t>Yes / No</w:t>
            </w:r>
          </w:p>
        </w:tc>
        <w:tc>
          <w:tcPr>
            <w:tcW w:type="dxa" w:w="4416"/>
            <w:tcBorders>
              <w:top w:val="single" w:sz="4" w:space="0" w:color="9AA5B1"/>
              <w:left w:val="single" w:sz="4" w:space="0" w:color="9AA5B1"/>
              <w:bottom w:val="single" w:sz="4" w:space="0" w:color="9AA5B1"/>
              <w:right w:val="single" w:sz="4" w:space="0" w:color="9AA5B1"/>
            </w:tcBorders>
          </w:tcPr>
          <w:p>
            <w:pPr>
              <w:spacing w:before="0" w:after="0"/>
            </w:pPr>
          </w:p>
        </w:tc>
        <w:tc>
          <w:tcPr>
            <w:tcW w:type="dxa" w:w="2208"/>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3312"/>
            <w:tcBorders>
              <w:top w:val="single" w:sz="4" w:space="0" w:color="9AA5B1"/>
              <w:left w:val="single" w:sz="4" w:space="0" w:color="9AA5B1"/>
              <w:bottom w:val="single" w:sz="4" w:space="0" w:color="9AA5B1"/>
              <w:right w:val="single" w:sz="4" w:space="0" w:color="9AA5B1"/>
            </w:tcBorders>
          </w:tcPr>
          <w:p>
            <w:pPr>
              <w:spacing w:before="0" w:after="0"/>
            </w:pPr>
            <w:r>
              <w:rPr>
                <w:b w:val="0"/>
                <w:i/>
                <w:color w:val="5A636E"/>
                <w:sz w:val="20"/>
              </w:rPr>
              <w:t>Yes / No</w:t>
            </w:r>
          </w:p>
        </w:tc>
        <w:tc>
          <w:tcPr>
            <w:tcW w:type="dxa" w:w="4416"/>
            <w:tcBorders>
              <w:top w:val="single" w:sz="4" w:space="0" w:color="9AA5B1"/>
              <w:left w:val="single" w:sz="4" w:space="0" w:color="9AA5B1"/>
              <w:bottom w:val="single" w:sz="4" w:space="0" w:color="9AA5B1"/>
              <w:right w:val="single" w:sz="4" w:space="0" w:color="9AA5B1"/>
            </w:tcBorders>
          </w:tcPr>
          <w:p>
            <w:pPr>
              <w:spacing w:before="0" w:after="0"/>
            </w:pPr>
          </w:p>
        </w:tc>
        <w:tc>
          <w:tcPr>
            <w:tcW w:type="dxa" w:w="2208"/>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3312"/>
            <w:tcBorders>
              <w:top w:val="single" w:sz="4" w:space="0" w:color="9AA5B1"/>
              <w:left w:val="single" w:sz="4" w:space="0" w:color="9AA5B1"/>
              <w:bottom w:val="single" w:sz="4" w:space="0" w:color="9AA5B1"/>
              <w:right w:val="single" w:sz="4" w:space="0" w:color="9AA5B1"/>
            </w:tcBorders>
          </w:tcPr>
          <w:p>
            <w:pPr>
              <w:spacing w:before="0" w:after="0"/>
            </w:pPr>
            <w:r>
              <w:rPr>
                <w:b w:val="0"/>
                <w:i/>
                <w:color w:val="5A636E"/>
                <w:sz w:val="20"/>
              </w:rPr>
              <w:t>Yes / No</w:t>
            </w:r>
          </w:p>
        </w:tc>
        <w:tc>
          <w:tcPr>
            <w:tcW w:type="dxa" w:w="4416"/>
            <w:tcBorders>
              <w:top w:val="single" w:sz="4" w:space="0" w:color="9AA5B1"/>
              <w:left w:val="single" w:sz="4" w:space="0" w:color="9AA5B1"/>
              <w:bottom w:val="single" w:sz="4" w:space="0" w:color="9AA5B1"/>
              <w:right w:val="single" w:sz="4" w:space="0" w:color="9AA5B1"/>
            </w:tcBorders>
          </w:tcPr>
          <w:p>
            <w:pPr>
              <w:spacing w:before="0" w:after="0"/>
            </w:pPr>
          </w:p>
        </w:tc>
        <w:tc>
          <w:tcPr>
            <w:tcW w:type="dxa" w:w="2208"/>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3312"/>
            <w:tcBorders>
              <w:top w:val="single" w:sz="4" w:space="0" w:color="9AA5B1"/>
              <w:left w:val="single" w:sz="4" w:space="0" w:color="9AA5B1"/>
              <w:bottom w:val="single" w:sz="4" w:space="0" w:color="9AA5B1"/>
              <w:right w:val="single" w:sz="4" w:space="0" w:color="9AA5B1"/>
            </w:tcBorders>
          </w:tcPr>
          <w:p>
            <w:pPr>
              <w:spacing w:before="0" w:after="0"/>
            </w:pPr>
            <w:r>
              <w:rPr>
                <w:b w:val="0"/>
                <w:i/>
                <w:color w:val="5A636E"/>
                <w:sz w:val="20"/>
              </w:rPr>
              <w:t>Yes / No</w:t>
            </w:r>
          </w:p>
        </w:tc>
        <w:tc>
          <w:tcPr>
            <w:tcW w:type="dxa" w:w="4416"/>
            <w:tcBorders>
              <w:top w:val="single" w:sz="4" w:space="0" w:color="9AA5B1"/>
              <w:left w:val="single" w:sz="4" w:space="0" w:color="9AA5B1"/>
              <w:bottom w:val="single" w:sz="4" w:space="0" w:color="9AA5B1"/>
              <w:right w:val="single" w:sz="4" w:space="0" w:color="9AA5B1"/>
            </w:tcBorders>
          </w:tcPr>
          <w:p>
            <w:pPr>
              <w:spacing w:before="0" w:after="0"/>
            </w:pPr>
          </w:p>
        </w:tc>
        <w:tc>
          <w:tcPr>
            <w:tcW w:type="dxa" w:w="2208"/>
            <w:tcBorders>
              <w:top w:val="single" w:sz="4" w:space="0" w:color="9AA5B1"/>
              <w:left w:val="single" w:sz="4" w:space="0" w:color="9AA5B1"/>
              <w:bottom w:val="single" w:sz="4" w:space="0" w:color="9AA5B1"/>
              <w:right w:val="single" w:sz="4" w:space="0" w:color="9AA5B1"/>
            </w:tcBorders>
          </w:tcPr>
          <w:p>
            <w:pPr>
              <w:spacing w:before="0" w:after="0"/>
            </w:pPr>
          </w:p>
        </w:tc>
      </w:tr>
    </w:tbl>
    <w:p>
      <w:pPr>
        <w:spacing w:before="0" w:after="0" w:line="80" w:lineRule="exact"/>
      </w:pPr>
      <w:r>
        <w:rPr>
          <w:sz w:val="4"/>
        </w:rPr>
      </w:r>
    </w:p>
    <w:p>
      <w:pPr>
        <w:spacing w:before="0" w:after="120"/>
      </w:pPr>
      <w:r>
        <w:rPr>
          <w:b w:val="0"/>
          <w:i w:val="0"/>
        </w:rPr>
        <w:t>If any claim has no source, revise or remove it.</w:t>
      </w:r>
    </w:p>
    <w:p>
      <w:pPr>
        <w:pStyle w:val="Heading1"/>
      </w:pPr>
      <w:r>
        <w:rPr>
          <w:b/>
          <w:i w:val="0"/>
        </w:rPr>
        <w:t>Final Questions Before Sending</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Does this resume answer the opportunity with supported claims?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Does it make my experience more legible without making it less true?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Are the strongest claims right-sized?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Have I removed unsupported or outdated claims?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Have I protected private or sensitive evidence?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Could I defend every major claim in an interview?</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Does this resume still sound like a truthful version of me?</w:t>
      </w:r>
    </w:p>
    <w:p>
      <w:pPr>
        <w:pStyle w:val="Heading1"/>
      </w:pPr>
      <w:r>
        <w:rPr>
          <w:b/>
          <w:i w:val="0"/>
        </w:rPr>
        <w:t>Version Record</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Resume file name: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Version:</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Date completed: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Audience / opportunity:</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Submitted / sent / posted where: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Related source records:</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AI assistance logged?</w:t>
            </w:r>
            <w:r>
              <w:rPr>
                <w:b w:val="0"/>
                <w:i/>
                <w:color w:val="5A636E"/>
                <w:sz w:val="18"/>
              </w:rPr>
              <w:t xml:space="preserve"> Yes / No / Not applicable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Next review date:</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1"/>
      </w:pPr>
      <w:r>
        <w:rPr>
          <w:b/>
          <w:i w:val="0"/>
        </w:rPr>
        <w:t>Quick Reminder</w:t>
      </w:r>
    </w:p>
    <w:p>
      <w:pPr>
        <w:spacing w:before="0" w:after="120"/>
      </w:pPr>
      <w:r>
        <w:rPr>
          <w:b w:val="0"/>
          <w:i w:val="0"/>
        </w:rPr>
        <w:t>A resume is not the record.</w:t>
      </w:r>
    </w:p>
    <w:p>
      <w:pPr>
        <w:spacing w:before="0" w:after="120"/>
      </w:pPr>
      <w:r>
        <w:rPr>
          <w:b w:val="0"/>
          <w:i w:val="0"/>
        </w:rPr>
        <w:t>It is one surface rendered from the record.</w:t>
      </w:r>
    </w:p>
    <w:p>
      <w:pPr>
        <w:spacing w:before="0" w:after="120"/>
      </w:pPr>
      <w:r>
        <w:rPr>
          <w:b w:val="0"/>
          <w:i w:val="0"/>
        </w:rPr>
        <w:t>The resume should be clear, relevant, and strong enough to open a conversation. It should also remain accountable to the evidence underneath it.</w:t>
      </w:r>
    </w:p>
    <w:sectPr w:rsidR="00FC693F" w:rsidRPr="0006063C" w:rsidSect="00034616">
      <w:footerReference w:type="default" r:id="rId9"/>
      <w:pgSz w:w="12240" w:h="15840"/>
      <w:pgMar w:top="1152" w:right="1152" w:bottom="1152" w:left="1152" w:header="720"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b w:val="0"/>
        <w:i w:val="0"/>
        <w:color w:val="5A636E"/>
        <w:sz w:val="18"/>
      </w:rPr>
      <w:t xml:space="preserve">Appendix J: Resume Rendering Worksheet     |     Page </w:t>
    </w:r>
    <w:r>
      <w:rPr>
        <w:color w:val="5A636E"/>
        <w:sz w:val="18"/>
      </w:rPr>
      <w:fldChar w:fldCharType="begin"/>
    </w:r>
    <w:r>
      <w:rPr>
        <w:color w:val="5A636E"/>
        <w:sz w:val="18"/>
      </w:rPr>
      <w:instrText xml:space="preserve"> PAGE </w:instrText>
    </w:r>
    <w:r>
      <w:rPr>
        <w:color w:val="5A636E"/>
        <w:sz w:val="18"/>
      </w:rPr>
      <w:fldChar w:fldCharType="separate"/>
    </w:r>
    <w:r>
      <w:rPr>
        <w:color w:val="5A636E"/>
        <w:sz w:val="18"/>
      </w:rPr>
      <w:t>1</w:t>
    </w:r>
    <w:r>
      <w:rPr>
        <w:color w:val="5A636E"/>
        <w:sz w:val="18"/>
      </w:rPr>
      <w:fldChar w:fldCharType="end"/>
    </w:r>
    <w:r>
      <w:rPr>
        <w:b w:val="0"/>
        <w:i w:val="0"/>
        <w:color w:val="5A636E"/>
        <w:sz w:val="18"/>
      </w:rPr>
      <w:t xml:space="preserve"> of </w:t>
    </w:r>
    <w:r>
      <w:rPr>
        <w:color w:val="5A636E"/>
        <w:sz w:val="18"/>
      </w:rPr>
      <w:fldChar w:fldCharType="begin"/>
    </w:r>
    <w:r>
      <w:rPr>
        <w:color w:val="5A636E"/>
        <w:sz w:val="18"/>
      </w:rPr>
      <w:instrText xml:space="preserve"> NUMPAGES </w:instrText>
    </w:r>
    <w:r>
      <w:rPr>
        <w:color w:val="5A636E"/>
        <w:sz w:val="18"/>
      </w:rPr>
      <w:fldChar w:fldCharType="separate"/>
    </w:r>
    <w:r>
      <w:rPr>
        <w:color w:val="5A636E"/>
        <w:sz w:val="18"/>
      </w:rPr>
      <w:t>1</w:t>
    </w:r>
    <w:r>
      <w:rPr>
        <w:color w:val="5A636E"/>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eastAsia="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1F3A5F"/>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eastAsia="Calibri" w:cs="Calibri"/>
      <w:b/>
      <w:bCs/>
      <w:color w:val="1F3A5F"/>
      <w:sz w:val="27"/>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Calibri" w:hAnsi="Calibri" w:eastAsia="Calibri" w:cs="Calibri"/>
      <w:b/>
      <w:bCs/>
      <w:color w:val="1F2A3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Calibri" w:hAnsi="Calibri" w:eastAsia="Calibri" w:cs="Calibri"/>
      <w:b/>
      <w:color w:val="1F3A5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Rendering Worksheet</dc:title>
  <dc:subject>The Living Professional Record, Book III worksheet, Appendix J</dc:subject>
  <dc:creator>Jeffrey Paul Chamberlain</dc:creator>
  <cp:keywords/>
  <dc:description/>
  <cp:lastModifiedBy/>
  <cp:revision>1</cp:revision>
  <dcterms:created xsi:type="dcterms:W3CDTF">2013-12-23T23:15:00Z</dcterms:created>
  <dcterms:modified xsi:type="dcterms:W3CDTF">2013-12-23T23:15:00Z</dcterms:modified>
  <cp:category/>
</cp:coreProperties>
</file>